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Tutoriel Google Sites : Créer Votre Site Pas à Pas</w:t>
      </w:r>
    </w:p>
    <w:p>
      <w:r>
        <w:t>Ce tutoriel vous guide dans la création d'un site web avec Google Sites, de la sélection d'un modèle à la publication. Vous apprendrez à personnaliser la mise en page, ajouter des pages et optimiser votre site pour les visiteurs.</w:t>
      </w:r>
    </w:p>
    <w:p>
      <w:r>
        <w:rPr>
          <w:b/>
        </w:rPr>
        <w:t>Ce tutoriel est fourni à titre informatif. Les fonctionnalités de Google Sites peuvent évoluer ; consultez l'aide officielle de Google pour les dernières mises à jour.</w:t>
      </w:r>
    </w:p>
    <w:p>
      <w:pPr>
        <w:pStyle w:val="Heading1"/>
      </w:pPr>
      <w:r>
        <w:t>Mode d'emploi</w:t>
      </w:r>
    </w:p>
    <w:p>
      <w:pPr>
        <w:pStyle w:val="ListNumber"/>
      </w:pPr>
      <w:r>
        <w:t>Connectez-vous à votre compte Google et accédez à sites.google.com.</w:t>
      </w:r>
    </w:p>
    <w:p>
      <w:pPr>
        <w:pStyle w:val="ListNumber"/>
      </w:pPr>
      <w:r>
        <w:t>Cliquez sur le bouton '+' pour créer un nouveau site, puis choisissez un modèle (vide, école, entreprise, etc.).</w:t>
      </w:r>
    </w:p>
    <w:p>
      <w:pPr>
        <w:pStyle w:val="ListNumber"/>
      </w:pPr>
      <w:r>
        <w:t>Personnalisez l'en-tête : ajoutez le nom de votre site, un logo et une image de bannière.</w:t>
      </w:r>
    </w:p>
    <w:p>
      <w:pPr>
        <w:pStyle w:val="ListNumber"/>
      </w:pPr>
      <w:r>
        <w:t>Ajoutez des pages via le menu latéral : Accueil, À propos, Contact, etc. Organisez-les dans la navigation.</w:t>
      </w:r>
    </w:p>
    <w:p>
      <w:pPr>
        <w:pStyle w:val="ListNumber"/>
      </w:pPr>
      <w:r>
        <w:t>Utilisez l'éditeur par glisser-déposer pour insérer du texte, des images, des vidéos, des cartes, etc.</w:t>
      </w:r>
    </w:p>
    <w:p>
      <w:pPr>
        <w:pStyle w:val="ListNumber"/>
      </w:pPr>
      <w:r>
        <w:t>Cliquez sur 'Publier' pour rendre votre site public. Choisissez une adresse web (ex. sites.google.com/view/monsite).</w:t>
      </w:r>
    </w:p>
    <w:p>
      <w:pPr>
        <w:pStyle w:val="Heading1"/>
      </w:pPr>
      <w:r>
        <w:t>Choisir un modèle adapté</w:t>
      </w:r>
    </w:p>
    <w:p>
      <w:r>
        <w:t>Google Sites propose plusieurs modèles de départ. Pour un site professionnel, choisissez 'Entreprise' ; pour un projet scolaire, 'École' ou 'Portfolio'. Vous pouvez aussi partir de zéro avec le modèle 'Vide' et tout construire vous-même.</w:t>
      </w:r>
    </w:p>
    <w:p>
      <w:pPr>
        <w:pStyle w:val="Heading1"/>
      </w:pPr>
      <w:r>
        <w:t>Personnaliser la mise en page</w:t>
      </w:r>
    </w:p>
    <w:p>
      <w:r>
        <w:t>Dans l'éditeur, vous pouvez modifier le thème (couleurs, polices), la disposition des sections et l'arrière-plan. Utilisez la fonction 'Mise en page' pour organiser le contenu en colonnes ou en blocs.</w:t>
      </w:r>
    </w:p>
    <w:p>
      <w:pPr>
        <w:pStyle w:val="Heading1"/>
      </w:pPr>
      <w:r>
        <w:t>Ajouter des pages et la navigation</w:t>
      </w:r>
    </w:p>
    <w:p>
      <w:r>
        <w:t>Pour créer une nouvelle page, cliquez sur 'Pages' dans le panneau de droite, puis sur le '+' en bas. Nommez-la et choisissez un modèle de page (avec ou sans en-tête). Vous pouvez réorganiser les pages par glisser-déposer pour définir l'ordre dans le menu.</w:t>
      </w:r>
    </w:p>
    <w:p>
      <w:pPr>
        <w:pStyle w:val="Heading1"/>
      </w:pPr>
      <w:r>
        <w:t>Optimiser pour le référencement</w:t>
      </w:r>
    </w:p>
    <w:p>
      <w:r>
        <w:t>Bien que Google Sites offre des options limitées de SEO, vous pouvez modifier le titre de chaque page, ajouter des descriptions et utiliser des URL personnalisées. Assurez-vous que le contenu est structuré avec des titres (H1, H2) pour une meilleure lisibilité.</w:t>
      </w:r>
    </w:p>
    <w:p>
      <w:pPr>
        <w:pStyle w:val="Heading1"/>
      </w:pPr>
      <w:r>
        <w:t>Modèle prêt à adapter</w:t>
      </w:r>
    </w:p>
    <w:p>
      <w:r>
        <w:t>Modèle de structure pour un site Google Sites : [Nom du site] Page d'accueil : - Bannière avec [Image/Logo] - Titre principal : [Titre accrocheur] - Paragraphe d'introduction : [Description courte] - Bouton d'appel à l'action : [Lien vers un formulaire ou une page] Page À propos : - Histoire : [Votre histoire] - Équipe : [Photos et rôles] - Valeurs : [Liste de valeurs] Page Services : - Service 1 : [Description] - Service 2 : [Description] - Tarifs : [Tableau des prix] Page Contact : - Formulaire de contact : [Nom, Email, Message] - Coordonnées : [Adresse, Téléphone, Email] - Carte : [Intégration Google Maps] Pied de page : - Liens vers les réseaux sociaux - Mentions légales</w:t>
      </w:r>
    </w:p>
    <w:p>
      <w:pPr>
        <w:pStyle w:val="Heading1"/>
      </w:pPr>
      <w:r>
        <w:t>Checklist</w:t>
      </w:r>
    </w:p>
    <w:p>
      <w:r>
        <w:t>☐ Choisir un modèle adapté à votre projet</w:t>
      </w:r>
    </w:p>
    <w:p>
      <w:r>
        <w:t>☐ Personnaliser l'en-tête avec un logo et une bannière</w:t>
      </w:r>
    </w:p>
    <w:p>
      <w:r>
        <w:t>☐ Créer les pages essentielles (Accueil, À propos, Contact)</w:t>
      </w:r>
    </w:p>
    <w:p>
      <w:r>
        <w:t>☐ Ajouter du contenu multimédia (images, vidéos)</w:t>
      </w:r>
    </w:p>
    <w:p>
      <w:r>
        <w:t>☐ Tester la navigation sur mobile et ordinateur</w:t>
      </w:r>
    </w:p>
    <w:p>
      <w:r>
        <w:t>☐ Publier le site et vérifier l'URL</w:t>
      </w:r>
    </w:p>
    <w:p>
      <w:r>
        <w:t>☐ Partager le lien sur les réseaux sociaux</w:t>
      </w:r>
    </w:p>
    <w:p>
      <w:pPr>
        <w:pStyle w:val="Heading1"/>
      </w:pPr>
      <w:r>
        <w:t>Questions fréquentes</w:t>
      </w:r>
    </w:p>
    <w:p>
      <w:r>
        <w:rPr>
          <w:b/>
        </w:rPr>
        <w:t>Est-ce que Google Sites est gratuit ?</w:t>
      </w:r>
    </w:p>
    <w:p>
      <w:r>
        <w:t>Oui, Google Sites est gratuit pour un usage personnel. Pour les entreprises, il est inclus dans Google Workspace, qui propose des fonctionnalités supplémentaires.</w:t>
      </w:r>
    </w:p>
    <w:p>
      <w:r>
        <w:rPr>
          <w:b/>
        </w:rPr>
        <w:t>Puis-je utiliser mon propre nom de domaine ?</w:t>
      </w:r>
    </w:p>
    <w:p>
      <w:r>
        <w:t>Oui, vous pouvez connecter un nom de domaine personnalisé à votre site Google Sites. Cette fonctionnalité est disponible dans les paramètres du site.</w:t>
      </w:r>
    </w:p>
    <w:p>
      <w:r>
        <w:rPr>
          <w:b/>
        </w:rPr>
        <w:t>Comment rendre mon site visible sur Google ?</w:t>
      </w:r>
    </w:p>
    <w:p>
      <w:r>
        <w:t>Assurez-vous que votre site est public, utilisez des mots-clés pertinents dans le contenu et les titres, et soumettez votre URL à Google Search Console pour un meilleur référencement.</w:t>
      </w:r>
    </w:p>
    <w:p>
      <w:r>
        <w:t>Ressource créée par TopExemples.fr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