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Textes pour cagnotte : exemples par occasion</w:t>
      </w:r>
    </w:p>
    <w:p>
      <w:r>
        <w:t>Vous organisez une cagnotte et vous cherchez le texte parfait pour inviter vos proches à y participer ? Voici des exemples concrets pour chaque occasion, avec des conseils pour les personnaliser et maximiser votre collecte.</w:t>
      </w:r>
    </w:p>
    <w:p>
      <w:r>
        <w:rPr>
          <w:b/>
        </w:rPr>
        <w:t>Ces textes sont des modèles illustratifs. Adaptez-les à votre situation et à votre relation avec les destinataires.</w:t>
      </w:r>
    </w:p>
    <w:p>
      <w:pPr>
        <w:pStyle w:val="Heading1"/>
      </w:pPr>
      <w:r>
        <w:t>Mode d'emploi</w:t>
      </w:r>
    </w:p>
    <w:p>
      <w:pPr>
        <w:pStyle w:val="ListNumber"/>
      </w:pPr>
      <w:r>
        <w:t>Choisissez l'occasion et le ton adapté.</w:t>
      </w:r>
    </w:p>
    <w:p>
      <w:pPr>
        <w:pStyle w:val="ListNumber"/>
      </w:pPr>
      <w:r>
        <w:t>Personnalisez le texte avec le nom du bénéficiaire, la date et l'objectif.</w:t>
      </w:r>
    </w:p>
    <w:p>
      <w:pPr>
        <w:pStyle w:val="ListNumber"/>
      </w:pPr>
      <w:r>
        <w:t>Ajoutez un lien direct vers votre cagnotte en ligne.</w:t>
      </w:r>
    </w:p>
    <w:p>
      <w:pPr>
        <w:pStyle w:val="ListNumber"/>
      </w:pPr>
      <w:r>
        <w:t>Relisez et envoyez via le canal le plus approprié (email, réseaux sociaux, messagerie).</w:t>
      </w:r>
    </w:p>
    <w:p>
      <w:pPr>
        <w:pStyle w:val="Heading1"/>
      </w:pPr>
      <w:r>
        <w:t>Anniversaire</w:t>
      </w:r>
    </w:p>
    <w:p>
      <w:r>
        <w:t>Pour un anniversaire marquant (30, 40, 50 ans...), misez sur l'émotion et la célébration. Exemple : « Pour les 40 ans de [Nom], offrons-lui un cadeau inoubliable ! Participez à sa cagnotte pour lui permettre de réaliser son rêve : [rêve]. Chaque geste compte, merci ! »</w:t>
      </w:r>
    </w:p>
    <w:p>
      <w:pPr>
        <w:pStyle w:val="Heading1"/>
      </w:pPr>
      <w:r>
        <w:t>Départ d'un collègue</w:t>
      </w:r>
    </w:p>
    <w:p>
      <w:r>
        <w:t>Un départ est l'occasion de montrer votre reconnaissance. Exemple : « [Nom] quitte notre équipe après [X] années de collaboration. Pour le remercier et lui souhaiter une belle nouvelle aventure, nous organisons une cagnotte. Votre participation, même modeste, sera très appréciée ! »</w:t>
      </w:r>
    </w:p>
    <w:p>
      <w:pPr>
        <w:pStyle w:val="Heading1"/>
      </w:pPr>
      <w:r>
        <w:t>Mariage</w:t>
      </w:r>
    </w:p>
    <w:p>
      <w:r>
        <w:t>Pour un mariage, proposez une cagnotte pour la lune de miel ou le projet de couple. Exemple : « Pour célébrer l'union de [Nom] et [Nom], nous avons créé une cagnotte pour les aider à financer leur voyage de noces à [Destination]. Votre contribution les aidera à créer des souvenirs inoubliables. Merci de tout cœur ! »</w:t>
      </w:r>
    </w:p>
    <w:p>
      <w:pPr>
        <w:pStyle w:val="Heading1"/>
      </w:pPr>
      <w:r>
        <w:t>Naissance</w:t>
      </w:r>
    </w:p>
    <w:p>
      <w:r>
        <w:t>Pour une naissance, misez sur la douceur et la praticité. Exemple : « Bienvenue à [Prénom] ! Pour aider les nouveaux parents à s'équiper, nous avons ouvert une cagnotte. Vous pouvez participer pour offrir un cadeau utile et personnalisé. Merci pour votre soutien ! »</w:t>
      </w:r>
    </w:p>
    <w:p>
      <w:pPr>
        <w:pStyle w:val="Heading1"/>
      </w:pPr>
      <w:r>
        <w:t>Maladie ou épreuve</w:t>
      </w:r>
    </w:p>
    <w:p>
      <w:r>
        <w:t>Dans les moments difficiles, soyez délicat et respectueux. Exemple : « [Nom] traverse une période difficile. Pour l'aider à faire face aux dépenses liées à son traitement, nous avons lancé une cagnotte. Toute aide est la bienvenue, même un petit geste. Merci pour votre générosité. »</w:t>
      </w:r>
    </w:p>
    <w:p>
      <w:pPr>
        <w:pStyle w:val="Heading1"/>
      </w:pPr>
      <w:r>
        <w:t>Projet personnel ou associatif</w:t>
      </w:r>
    </w:p>
    <w:p>
      <w:r>
        <w:t>Pour un projet créatif ou solidaire, expliquez clairement l'objectif. Exemple : « Je lance un projet [décrire] et j'ai besoin de votre soutien. En participant à cette cagnotte, vous m'aidez à concrétiser cette idée qui me tient à cœur. Merci pour votre confiance ! »</w:t>
      </w:r>
    </w:p>
    <w:p>
      <w:pPr>
        <w:pStyle w:val="Heading1"/>
      </w:pPr>
      <w:r>
        <w:t>Modèle prêt à adapter</w:t>
      </w:r>
    </w:p>
    <w:p>
      <w:r>
        <w:t>Modèle générique : « [Salutation], Je me permets de vous solliciter pour une belle occasion : [décrire l'occasion]. Pour [bénéficiaire], nous avons créé une cagnotte en ligne afin de [objectif]. Votre participation, même modeste, sera très appréciée et contribuera à [impact]. Pour contribuer, cliquez sur le lien : [Lien]. Merci infiniment pour votre générosité et votre soutien. Bien à vous, [Votre nom] »</w:t>
      </w:r>
    </w:p>
    <w:p>
      <w:pPr>
        <w:pStyle w:val="Heading1"/>
      </w:pPr>
      <w:r>
        <w:t>Checklist</w:t>
      </w:r>
    </w:p>
    <w:p>
      <w:r>
        <w:t>☐ Identifiez l'occasion et le ton</w:t>
      </w:r>
    </w:p>
    <w:p>
      <w:r>
        <w:t>☐ Personnalisez avec les noms et détails</w:t>
      </w:r>
    </w:p>
    <w:p>
      <w:r>
        <w:t>☐ Fixez un objectif de collecte réaliste</w:t>
      </w:r>
    </w:p>
    <w:p>
      <w:r>
        <w:t>☐ Choisissez une plateforme fiable</w:t>
      </w:r>
    </w:p>
    <w:p>
      <w:r>
        <w:t>☐ Rédigez un message clair et émouvant</w:t>
      </w:r>
    </w:p>
    <w:p>
      <w:r>
        <w:t>☐ Ajoutez un visuel (photo du bénéficiaire ou du projet)</w:t>
      </w:r>
    </w:p>
    <w:p>
      <w:r>
        <w:t>☐ Partagez sur les réseaux et par email</w:t>
      </w:r>
    </w:p>
    <w:p>
      <w:r>
        <w:t>☐ Remerciez les contributeurs après la collecte</w:t>
      </w:r>
    </w:p>
    <w:p>
      <w:pPr>
        <w:pStyle w:val="Heading1"/>
      </w:pPr>
      <w:r>
        <w:t>Questions fréquentes</w:t>
      </w:r>
    </w:p>
    <w:p>
      <w:r>
        <w:rPr>
          <w:b/>
        </w:rPr>
        <w:t>Comment personnaliser un texte de cagnotte ?</w:t>
      </w:r>
    </w:p>
    <w:p>
      <w:r>
        <w:t>Remplacez les crochets par des informations précises : nom du bénéficiaire, occasion, objectif, anecdote personnelle. Adaptez le ton selon votre relation (amical, professionnel, familial).</w:t>
      </w:r>
    </w:p>
    <w:p>
      <w:r>
        <w:rPr>
          <w:b/>
        </w:rPr>
        <w:t>Quel montant demander ?</w:t>
      </w:r>
    </w:p>
    <w:p>
      <w:r>
        <w:t>Fixez un objectif global en fonction des besoins (cadeau, voyage, etc.) et suggérez des montants indicatifs (10€, 20€, 50€) mais laissez la liberté de donner ce que chacun veut.</w:t>
      </w:r>
    </w:p>
    <w:p>
      <w:r>
        <w:rPr>
          <w:b/>
        </w:rPr>
        <w:t>Où partager ma cagnotte ?</w:t>
      </w:r>
    </w:p>
    <w:p>
      <w:r>
        <w:t>Utilisez les réseaux sociaux (Facebook, Instagram, WhatsApp), les emails, et les messageries privées. Pensez à personnaliser le message pour chaque canal et à relancer poliment après quelques jours.</w:t>
      </w:r>
    </w:p>
    <w:p>
      <w:r>
        <w:t>Ressource créée par TopExemples.fr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