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Test de Recrutement Secrétaire à Télécharger (PDF)</w:t>
      </w:r>
    </w:p>
    <w:p>
      <w:r>
        <w:t>Ce test de recrutement pour secrétaire vous permet d'évaluer les compétences clés de vos candidats : bureautique, gestion du temps, rédaction et organisation. Téléchargez le PDF, imprimez-le et utilisez la grille d'évaluation pour comparer objectivement les candidats.</w:t>
      </w:r>
    </w:p>
    <w:p>
      <w:r>
        <w:rPr>
          <w:b/>
        </w:rPr>
        <w:t>Ce test est un outil d'aide à la décision. Il ne remplace pas un entretien approfondi. Assurez-vous de respecter la législation sur la non-discrimination et la protection des données lors de son utilisation.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PDF et imprimez une copie par candidat.</w:t>
      </w:r>
    </w:p>
    <w:p>
      <w:pPr>
        <w:pStyle w:val="ListNumber"/>
      </w:pPr>
      <w:r>
        <w:t>Prévoyez une durée de 45 minutes pour la partie écrite.</w:t>
      </w:r>
    </w:p>
    <w:p>
      <w:pPr>
        <w:pStyle w:val="ListNumber"/>
      </w:pPr>
      <w:r>
        <w:t>Expliquez clairement les consignes avant de commencer.</w:t>
      </w:r>
    </w:p>
    <w:p>
      <w:pPr>
        <w:pStyle w:val="ListNumber"/>
      </w:pPr>
      <w:r>
        <w:t>Collectez les copies et évaluez à l'aide de la grille d'évaluation fournie.</w:t>
      </w:r>
    </w:p>
    <w:p>
      <w:pPr>
        <w:pStyle w:val="ListNumber"/>
      </w:pPr>
      <w:r>
        <w:t>Comparez les résultats et utilisez-les comme base pour les entretiens.</w:t>
      </w:r>
    </w:p>
    <w:p>
      <w:pPr>
        <w:pStyle w:val="Heading1"/>
      </w:pPr>
      <w:r>
        <w:t>Structure du test</w:t>
      </w:r>
    </w:p>
    <w:p>
      <w:r>
        <w:t>Le test comprend 4 exercices : 1) Mise en forme d'un document (Word), 2) Rédaction d'un e-mail professionnel, 3) Gestion d'agenda (organisation d'une réunion), 4) QCM de connaissances bureautiques.</w:t>
      </w:r>
    </w:p>
    <w:p>
      <w:pPr>
        <w:pStyle w:val="Heading1"/>
      </w:pPr>
      <w:r>
        <w:t>Grille d'évaluation</w:t>
      </w:r>
    </w:p>
    <w:p>
      <w:r>
        <w:t>Pour chaque exercice, notez le candidat de 1 à 5 sur des critères comme la précision, la clarté, le respect des consignes et la rapidité. Utilisez la grille pour calculer un score total.</w:t>
      </w:r>
    </w:p>
    <w:p>
      <w:pPr>
        <w:pStyle w:val="Heading1"/>
      </w:pPr>
      <w:r>
        <w:t>Modèle prêt à adapter</w:t>
      </w:r>
    </w:p>
    <w:p>
      <w:r>
        <w:t>TEST DE RECRUTEMENT SECRÉTAIRE Nom du candidat : [Nom] Date : [Date] Consignes générales : - Durée : 45 minutes - Répondez directement sur cette feuille. - Utilisez un stylo bleu ou noir. - Restez calme et lisez attentivement chaque exercice. Exercice 1 : Mise en forme (10 points) À partir du texte ci-dessous, mettez en forme selon les consignes : Texte : "Réunion de service - Ordre du jour" Consignes : - Titre en gras, taille 14, centré - Sous-titres en italique - Liste à puces pour les points Espace pour la réponse : [Zone de réponse] Exercice 2 : Rédaction d'un e-mail (10 points) Rédigez un e-mail professionnel pour informer les collaborateurs d'un changement de salle de réunion. Espace pour la réponse : [Zone de réponse] Exercice 3 : Gestion d'agenda (10 points) Vous devez organiser une réunion avec trois participants. Proposez un créneau horaire en tenant compte de leurs disponibilités (voir tableau). Tableau des disponibilités : | Participant | Disponibilités | |-------------|----------------| | M. Dupont | 9h-12h, 14h-17h | | Mme Martin | 10h-12h, 15h-18h | | M. Durand | 9h-11h, 14h-16h | Espace pour la réponse : [Zone de réponse] Exercice 4 : QCM bureautique (10 points) Cochez la bonne réponse. 1. Quel raccourci clavier pour copier ? ☐ Ctrl+C ☐ Ctrl+X ☐ Ctrl+V 2. Dans Excel, quelle fonction permet de faire une somme ? ☐ =ADD ☐ =SOMME ☐ =TOTAL 3. Quel format de fichier est un document texte ? ☐ .xlsx ☐ .docx ☐ .pptx Grille d'évaluation (à remplir par le recruteur) : | Critère | Note (1-5) | |---------|------------| | Précision | | | Clarté | | | Respect des consignes | | | Gestion du temps | | | Total | | Commentaires : [Espace pour commentaires]</w:t>
      </w:r>
    </w:p>
    <w:p>
      <w:pPr>
        <w:pStyle w:val="Heading1"/>
      </w:pPr>
      <w:r>
        <w:t>Checklist</w:t>
      </w:r>
    </w:p>
    <w:p>
      <w:r>
        <w:t>☐ Imprimer le test en nombre suffisant</w:t>
      </w:r>
    </w:p>
    <w:p>
      <w:r>
        <w:t>☐ Prévoir un chronomètre</w:t>
      </w:r>
    </w:p>
    <w:p>
      <w:r>
        <w:t>☐ Expliquer les consignes clairement</w:t>
      </w:r>
    </w:p>
    <w:p>
      <w:r>
        <w:t>☐ Assurer une surveillance discrète</w:t>
      </w:r>
    </w:p>
    <w:p>
      <w:r>
        <w:t>☐ Collecter les copies à la fin</w:t>
      </w:r>
    </w:p>
    <w:p>
      <w:r>
        <w:t>☐ Utiliser la grille d'évaluation pour noter</w:t>
      </w:r>
    </w:p>
    <w:p>
      <w:r>
        <w:t>☐ Comparer les scores objectivement</w:t>
      </w:r>
    </w:p>
    <w:p>
      <w:r>
        <w:t>☐ Organiser un entretien pour les meilleurs candidats</w:t>
      </w:r>
    </w:p>
    <w:p>
      <w:pPr>
        <w:pStyle w:val="Heading1"/>
      </w:pPr>
      <w:r>
        <w:t>Questions fréquentes</w:t>
      </w:r>
    </w:p>
    <w:p>
      <w:r>
        <w:rPr>
          <w:b/>
        </w:rPr>
        <w:t>Ce test est-il adapté à tous les niveaux de secrétariat ?</w:t>
      </w:r>
    </w:p>
    <w:p>
      <w:r>
        <w:t>Il est conçu pour un niveau intermédiaire. Vous pouvez adapter la difficulté en modifiant les consignes ou en ajoutant des exercices plus complexes.</w:t>
      </w:r>
    </w:p>
    <w:p>
      <w:r>
        <w:rPr>
          <w:b/>
        </w:rPr>
        <w:t>Puis-je utiliser ce test pour un recrutement en ligne ?</w:t>
      </w:r>
    </w:p>
    <w:p>
      <w:r>
        <w:t>Oui, vous pouvez envoyer le PDF aux candidats et leur demander de le remplir numériquement, puis de le renvoyer. Assurez-vous de respecter les règles de confidentialité.</w:t>
      </w:r>
    </w:p>
    <w:p>
      <w:r>
        <w:rPr>
          <w:b/>
        </w:rPr>
        <w:t>Comment interpréter les résultats ?</w:t>
      </w:r>
    </w:p>
    <w:p>
      <w:r>
        <w:t>Utilisez la grille d'évaluation pour attribuer des notes. Un total de 30 points sur 40 est un bon indicateur. Mais combinez toujours avec l'entretien et les références.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