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Test psychotechnique gratuit avec corrigé (20 questions)</w:t>
      </w:r>
    </w:p>
    <w:p>
      <w:r>
        <w:t>Entraînez-vous avec ce test psychotechnique composé de 20 questions couvrant la logique, la mémoire, le raisonnement verbal et numérique. Chaque question est suivie d'une explication détaillée pour comprendre la réponse.</w:t>
      </w:r>
    </w:p>
    <w:p>
      <w:r>
        <w:rPr>
          <w:b/>
        </w:rPr>
        <w:t>Ce test est un outil d'entraînement, il ne remplace pas une évaluation officielle. Les résultats ne sont pas validés scientifiquement et ne doivent pas être utilisés pour un recrutement réel.</w:t>
      </w:r>
    </w:p>
    <w:p>
      <w:pPr>
        <w:pStyle w:val="Heading1"/>
      </w:pPr>
      <w:r>
        <w:t>Mode d'emploi</w:t>
      </w:r>
    </w:p>
    <w:p>
      <w:pPr>
        <w:pStyle w:val="ListNumber"/>
      </w:pPr>
      <w:r>
        <w:t>Installez-vous dans un endroit calme et chronométrez-vous (environ 30 minutes).</w:t>
      </w:r>
    </w:p>
    <w:p>
      <w:pPr>
        <w:pStyle w:val="ListNumber"/>
      </w:pPr>
      <w:r>
        <w:t>Lisez attentivement chaque question et choisissez la meilleure réponse.</w:t>
      </w:r>
    </w:p>
    <w:p>
      <w:pPr>
        <w:pStyle w:val="ListNumber"/>
      </w:pPr>
      <w:r>
        <w:t>Notez vos réponses sur une feuille.</w:t>
      </w:r>
    </w:p>
    <w:p>
      <w:pPr>
        <w:pStyle w:val="ListNumber"/>
      </w:pPr>
      <w:r>
        <w:t>Comparez avec le corrigé en fin de page et lisez les explications.</w:t>
      </w:r>
    </w:p>
    <w:p>
      <w:pPr>
        <w:pStyle w:val="Heading1"/>
      </w:pPr>
      <w:r>
        <w:t>Consignes</w:t>
      </w:r>
    </w:p>
    <w:p>
      <w:r>
        <w:t>Ce test comporte 20 questions. Pour chaque question, une seule réponse est correcte. Ne restez pas trop longtemps sur une question ; passez à la suivante si nécessaire. Le corrigé est fourni après le quiz.</w:t>
      </w:r>
    </w:p>
    <w:p>
      <w:pPr>
        <w:pStyle w:val="Heading1"/>
      </w:pPr>
      <w:r>
        <w:t>Corrigé et explications</w:t>
      </w:r>
    </w:p>
    <w:p>
      <w:r>
        <w:t>Le corrigé détaillé est présenté après le quiz. Chaque réponse est expliquée pour vous aider à comprendre le raisonnement.</w:t>
      </w:r>
    </w:p>
    <w:p>
      <w:pPr>
        <w:pStyle w:val="Heading1"/>
      </w:pPr>
      <w:r>
        <w:t>Modèle prêt à adapter</w:t>
      </w:r>
    </w:p>
    <w:p>
      <w:r>
        <w:t>Ce test est présenté sous forme de quiz interactif. Vous trouverez ci-dessous les questions et le corrigé.</w:t>
      </w:r>
    </w:p>
    <w:p>
      <w:pPr>
        <w:pStyle w:val="Heading1"/>
      </w:pPr>
      <w:r>
        <w:t>Checklist</w:t>
      </w:r>
    </w:p>
    <w:p>
      <w:r>
        <w:t>☐ Avoir une montre ou un minuteur</w:t>
      </w:r>
    </w:p>
    <w:p>
      <w:r>
        <w:t>☐ Papier et crayon pour noter les réponses</w:t>
      </w:r>
    </w:p>
    <w:p>
      <w:r>
        <w:t>☐ Avoir lu les consignes</w:t>
      </w:r>
    </w:p>
    <w:p>
      <w:r>
        <w:t>☐ Prévoir 30 minutes sans interruption</w:t>
      </w:r>
    </w:p>
    <w:p>
      <w:r>
        <w:t>☐ Comparer avec le corrigé après le test</w:t>
      </w:r>
    </w:p>
    <w:p>
      <w:r>
        <w:t>☐ Analyser les erreurs avec les explications</w:t>
      </w:r>
    </w:p>
    <w:p>
      <w:pPr>
        <w:pStyle w:val="Heading1"/>
      </w:pPr>
      <w:r>
        <w:t>Questions fréquentes</w:t>
      </w:r>
    </w:p>
    <w:p>
      <w:r>
        <w:rPr>
          <w:b/>
        </w:rPr>
        <w:t>Ces questions sont-elles représentatives des tests réels ?</w:t>
      </w:r>
    </w:p>
    <w:p>
      <w:r>
        <w:t>Elles sont similaires en termes de types d'exercices (logique, mémoire, verbal, numérique), mais chaque test est différent. Ce quiz vous permet de vous familiariser avec les formats.</w:t>
      </w:r>
    </w:p>
    <w:p>
      <w:r>
        <w:rPr>
          <w:b/>
        </w:rPr>
        <w:t>Puis-je utiliser ce test pour évaluer des candidats ?</w:t>
      </w:r>
    </w:p>
    <w:p>
      <w:r>
        <w:t>Non, ce test est un outil de préparation. Pour un recrutement, utilisez des tests validés et conformes aux normes en vigueur.</w:t>
      </w:r>
    </w:p>
    <w:p>
      <w:r>
        <w:rPr>
          <w:b/>
        </w:rPr>
        <w:t>Comment améliorer mes résultats ?</w:t>
      </w:r>
    </w:p>
    <w:p>
      <w:r>
        <w:t>Pratiquez régulièrement, analysez vos erreurs, et travaillez sur vos points faibles. Les exercices de logique et de mémoire peuvent être améliorés avec l'entraînement.</w:t>
      </w:r>
    </w:p>
    <w:p>
      <w:r>
        <w:t>Ressource créée par TopExemples.fr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