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Test psychométrique en ligne : évaluez vos aptitudes</w:t>
      </w:r>
    </w:p>
    <w:p>
      <w:r>
        <w:t>Ce test psychométrique interactif vous permet d'évaluer vos aptitudes cognitives dans trois domaines clés : le raisonnement logique, verbal et numérique. Il est conçu à des fins d'entraînement et de découverte personnelle, et ne constitue pas un outil de diagnostic officiel. À la fin du test, vous obtiendrez un score et une interprétation indicative pour vous aider à identifier vos points forts et vos axes de progrès.</w:t>
      </w:r>
    </w:p>
    <w:p>
      <w:r>
        <w:rPr>
          <w:b/>
        </w:rPr>
        <w:t>Important : Ce test est fourni à titre illustratif et éducatif uniquement. Il ne remplace pas une évaluation psychométrique réalisée par un professionnel qualifié. Les résultats ne doivent pas être utilisés pour des décisions d'embauche, d'orientation ou de diagnostic. Pour une évaluation fiable, consultez un psychologue ou un spécialiste certifié.</w:t>
      </w:r>
    </w:p>
    <w:p>
      <w:pPr>
        <w:pStyle w:val="Heading1"/>
      </w:pPr>
      <w:r>
        <w:t>Mode d'emploi</w:t>
      </w:r>
    </w:p>
    <w:p>
      <w:pPr>
        <w:pStyle w:val="ListNumber"/>
      </w:pPr>
      <w:r>
        <w:t>Répondez aux 15 questions sans aide extérieure et en respectant le temps imparti (environ 15 minutes).</w:t>
      </w:r>
    </w:p>
    <w:p>
      <w:pPr>
        <w:pStyle w:val="ListNumber"/>
      </w:pPr>
      <w:r>
        <w:t>Chaque question a une seule bonne réponse. Choisissez la proposition qui vous semble la plus juste.</w:t>
      </w:r>
    </w:p>
    <w:p>
      <w:pPr>
        <w:pStyle w:val="ListNumber"/>
      </w:pPr>
      <w:r>
        <w:t>À la fin, cliquez sur « Voir mes résultats » pour obtenir votre score et l'interprétation.</w:t>
      </w:r>
    </w:p>
    <w:p>
      <w:pPr>
        <w:pStyle w:val="Heading1"/>
      </w:pPr>
      <w:r>
        <w:t>Comment interpréter vos résultats ?</w:t>
      </w:r>
    </w:p>
    <w:p>
      <w:r>
        <w:t>Votre score est calculé sur 15 points. Un score de 12 à 15 indique une excellente performance. Un score de 8 à 11 suggère une bonne maîtrise, avec des axes d'amélioration possibles. Un score inférieur à 8 peut indiquer un besoin de pratique. L'interprétation est donnée à titre indicatif et ne reflète pas une mesure exhaustive de vos aptitudes.</w:t>
      </w:r>
    </w:p>
    <w:p>
      <w:pPr>
        <w:pStyle w:val="Heading1"/>
      </w:pPr>
      <w:r>
        <w:t>Conseils pour améliorer vos performances</w:t>
      </w:r>
    </w:p>
    <w:p>
      <w:r>
        <w:t>Pour progresser, entraînez-vous régulièrement avec des exercices de logique (séries, analogies), de vocabulaire (synonymes, antonymes) et de calcul mental. Lisez des textes variés pour enrichir votre compréhension verbale. Résolvez des problèmes mathématiques simples pour renforcer votre rapidité. La pratique régulière est la clé.</w:t>
      </w:r>
    </w:p>
    <w:p>
      <w:pPr>
        <w:pStyle w:val="Heading1"/>
      </w:pPr>
      <w:r>
        <w:t>Modèle prêt à adapter</w:t>
      </w:r>
    </w:p>
    <w:p>
      <w:r>
        <w:t>Ce test est interactif : les questions sont affichées une par une, le score est calculé automatiquement. Vous pouvez le copier-coller dans un outil de quiz en ligne ou l'adapter pour un usage papier.</w:t>
      </w:r>
    </w:p>
    <w:p>
      <w:pPr>
        <w:pStyle w:val="Heading1"/>
      </w:pPr>
      <w:r>
        <w:t>Checklist</w:t>
      </w:r>
    </w:p>
    <w:p>
      <w:r>
        <w:t>☐ Avoir un environnement calme et sans distractions</w:t>
      </w:r>
    </w:p>
    <w:p>
      <w:r>
        <w:t>☐ Prévoir environ 15 minutes</w:t>
      </w:r>
    </w:p>
    <w:p>
      <w:r>
        <w:t>☐ Avoir de quoi noter (papier, crayon) si nécessaire</w:t>
      </w:r>
    </w:p>
    <w:p>
      <w:r>
        <w:t>☐ Lire chaque question attentivement</w:t>
      </w:r>
    </w:p>
    <w:p>
      <w:r>
        <w:t>☐ Ne pas utiliser de calculatrice pour la partie numérique</w:t>
      </w:r>
    </w:p>
    <w:p>
      <w:r>
        <w:t>☐ Répondre à toutes les questions même si vous hésitez</w:t>
      </w:r>
    </w:p>
    <w:p>
      <w:pPr>
        <w:pStyle w:val="Heading1"/>
      </w:pPr>
      <w:r>
        <w:t>Questions fréquentes</w:t>
      </w:r>
    </w:p>
    <w:p>
      <w:r>
        <w:rPr>
          <w:b/>
        </w:rPr>
        <w:t>Ce test est-il fiable pour évaluer mon QI ?</w:t>
      </w:r>
    </w:p>
    <w:p>
      <w:r>
        <w:t>Non, ce test est un outil d'entraînement et de découverte. Il ne mesure pas le QI de manière scientifique. Une évaluation fiable du QI nécessite des tests standardisés administrés par un professionnel.</w:t>
      </w:r>
    </w:p>
    <w:p>
      <w:r>
        <w:rPr>
          <w:b/>
        </w:rPr>
        <w:t>Puis-je utiliser ce test pour préparer un entretien d'embauche ?</w:t>
      </w:r>
    </w:p>
    <w:p>
      <w:r>
        <w:t>Oui, il peut vous aider à vous familiariser avec le format des tests psychométriques, mais il ne remplace pas les tests officiels utilisés par les recruteurs. Entraînez-vous avec des exemples variés pour gagner en confiance.</w:t>
      </w:r>
    </w:p>
    <w:p>
      <w:r>
        <w:rPr>
          <w:b/>
        </w:rPr>
        <w:t>Que faire si mon score est faible ?</w:t>
      </w:r>
    </w:p>
    <w:p>
      <w:r>
        <w:t>Ne vous découragez pas. Un score faible peut être dû au stress ou au manque de pratique. Identifiez les domaines où vous avez le plus de difficultés et travaillez-les spécifiquement. La progression est possible avec de l'entraînement.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