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Template PowerPoint pour Présentation de Projet à Télécharger</w:t>
      </w:r>
    </w:p>
    <w:p>
      <w:r>
        <w:t>Ce modèle de présentation PowerPoint vous aide à structurer votre projet de manière claire et convaincante. Il comprend des diapositives pré-conçues pour chaque étape clé, avec des conseils pour personnaliser le contenu et captiver votre auditoire.</w:t>
      </w:r>
    </w:p>
    <w:p>
      <w:r>
        <w:rPr>
          <w:b/>
        </w:rPr>
        <w:t>Ce template est fourni à titre d'exemple. Adaptez-le à votre contexte et à votre audience.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.pptx en cliquant sur le bouton ci-dessous.</w:t>
      </w:r>
    </w:p>
    <w:p>
      <w:pPr>
        <w:pStyle w:val="ListNumber"/>
      </w:pPr>
      <w:r>
        <w:t>Ouvrez le fichier dans PowerPoint (ou un logiciel compatible).</w:t>
      </w:r>
    </w:p>
    <w:p>
      <w:pPr>
        <w:pStyle w:val="ListNumber"/>
      </w:pPr>
      <w:r>
        <w:t>Remplacez les textes entre crochets par vos informations (nom, dates, objectifs, etc.).</w:t>
      </w:r>
    </w:p>
    <w:p>
      <w:pPr>
        <w:pStyle w:val="ListNumber"/>
      </w:pPr>
      <w:r>
        <w:t>Personnalisez les couleurs, polices et images selon votre charte graphique.</w:t>
      </w:r>
    </w:p>
    <w:p>
      <w:pPr>
        <w:pStyle w:val="ListNumber"/>
      </w:pPr>
      <w:r>
        <w:t>Entraînez-vous à présenter en suivant le fil des diapositives.</w:t>
      </w:r>
    </w:p>
    <w:p>
      <w:pPr>
        <w:pStyle w:val="Heading1"/>
      </w:pPr>
      <w:r>
        <w:t>Aperçu des diapositives</w:t>
      </w:r>
    </w:p>
    <w:p>
      <w:r>
        <w:t>Le template comprend 10 diapositives : 1. Titre, 2. Problématique, 3. Objectifs, 4. Plan, 5. Budget, 6. Calendrier, 7. Équipe, 8. Risques, 9. Conclusion, 10. Questions. Chaque diapositive contient des zones de texte et des visuels suggérés.</w:t>
      </w:r>
    </w:p>
    <w:p>
      <w:pPr>
        <w:pStyle w:val="Heading1"/>
      </w:pPr>
      <w:r>
        <w:t>Conseils pour captiver l'auditoire</w:t>
      </w:r>
    </w:p>
    <w:p>
      <w:r>
        <w:t>Utilisez des visuels percutants, racontez une histoire, soyez concis, et terminez par un appel à l'action. Adaptez le niveau de détail à votre public.</w:t>
      </w:r>
    </w:p>
    <w:p>
      <w:pPr>
        <w:pStyle w:val="Heading1"/>
      </w:pPr>
      <w:r>
        <w:t>Modèle prêt à adapter</w:t>
      </w:r>
    </w:p>
    <w:p>
      <w:r>
        <w:t>Diapositive 1 - Titre [Votre Nom] [Date] Diapositive 2 - Problématique [Description du problème que votre projet résout] Diapositive 3 - Objectifs - Objectif 1 : [Objectif] - Objectif 2 : [Objectif] Diapositive 4 - Plan 1. [Étape 1] 2. [Étape 2] 3. [Étape 3] Diapositive 5 - Budget - Coût total : [Montant] - Financement : [Source] Diapositive 6 - Calendrier - Début : [Date] - Étapes clés : [Dates] - Fin : [Date] Diapositive 7 - Équipe - [Nom] – [Rôle] - [Nom] – [Rôle] Diapositive 8 - Risques - Risque 1 : [Description] – Mitigation : [Action] - Risque 2 : [Description] – Mitigation : [Action] Diapositive 9 - Conclusion [Résumé des bénéfices et prochaines étapes] Diapositive 10 - Questions Merci !</w:t>
      </w:r>
    </w:p>
    <w:p>
      <w:pPr>
        <w:pStyle w:val="Heading1"/>
      </w:pPr>
      <w:r>
        <w:t>Checklist</w:t>
      </w:r>
    </w:p>
    <w:p>
      <w:r>
        <w:t>☐ Télécharger le fichier .pptx</w:t>
      </w:r>
    </w:p>
    <w:p>
      <w:r>
        <w:t>☐ Ouvrir dans PowerPoint</w:t>
      </w:r>
    </w:p>
    <w:p>
      <w:r>
        <w:t>☐ Remplacer les textes entre crochets</w:t>
      </w:r>
    </w:p>
    <w:p>
      <w:r>
        <w:t>☐ Ajouter des images et graphiques</w:t>
      </w:r>
    </w:p>
    <w:p>
      <w:r>
        <w:t>☐ Vérifier l'orthographe</w:t>
      </w:r>
    </w:p>
    <w:p>
      <w:r>
        <w:t>☐ Tester la présentation en mode diaporama</w:t>
      </w:r>
    </w:p>
    <w:p>
      <w:r>
        <w:t>☐ Adapter le design à la charte graphique</w:t>
      </w:r>
    </w:p>
    <w:p>
      <w:r>
        <w:t>☐ Prévoir un plan B en cas de problème technique</w:t>
      </w:r>
    </w:p>
    <w:p>
      <w:pPr>
        <w:pStyle w:val="Heading1"/>
      </w:pPr>
      <w:r>
        <w:t>Questions fréquentes</w:t>
      </w:r>
    </w:p>
    <w:p>
      <w:r>
        <w:rPr>
          <w:b/>
        </w:rPr>
        <w:t>Puis-je modifier le template librement ?</w:t>
      </w:r>
    </w:p>
    <w:p>
      <w:r>
        <w:t>Oui, le template est entièrement modifiable. Vous pouvez changer les couleurs, les polices, les images et le texte selon vos besoins.</w:t>
      </w:r>
    </w:p>
    <w:p>
      <w:r>
        <w:rPr>
          <w:b/>
        </w:rPr>
        <w:t>Quel logiciel est nécessaire pour utiliser ce template ?</w:t>
      </w:r>
    </w:p>
    <w:p>
      <w:r>
        <w:t>Le fichier est au format .pptx, compatible avec Microsoft PowerPoint, LibreOffice Impress, Google Slides et d'autres logiciels de présentation.</w:t>
      </w:r>
    </w:p>
    <w:p>
      <w:r>
        <w:rPr>
          <w:b/>
        </w:rPr>
        <w:t>Ce template convient-il à tous les types de projets ?</w:t>
      </w:r>
    </w:p>
    <w:p>
      <w:r>
        <w:t>Oui, il est générique et peut être adapté à des projets scolaires, professionnels ou personnels. Il suffit de personnaliser le contenu.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