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Grille d'Évaluation des Compétences : Savoir, Savoir-Faire, Savoir-Être</w:t>
      </w:r>
    </w:p>
    <w:p>
      <w:r>
        <w:t>Cette grille d'évaluation vous aide à identifier et valoriser les trois types de compétences : le savoir (connaissances), le savoir-faire (compétences pratiques) et le savoir-être (comportements). Elle est utile pour les entretiens d'évaluation, les bilans de compétences ou la gestion de carrière. Téléchargez le modèle PDF et adaptez-le à votre contexte.</w:t>
      </w:r>
    </w:p>
    <w:p>
      <w:r>
        <w:rPr>
          <w:b/>
        </w:rPr>
        <w:t>Ce document est un outil générique d'aide à l'évaluation. Il ne remplace pas une méthodologie validée par un professionnel des ressources humaines. Adaptez les critères à votre secteur et à vos besoins.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 ou copiez le tableau ci-dessous.</w:t>
      </w:r>
    </w:p>
    <w:p>
      <w:pPr>
        <w:pStyle w:val="ListNumber"/>
      </w:pPr>
      <w:r>
        <w:t>Identifiez les compétences clés pour le poste ou la situation évaluée.</w:t>
      </w:r>
    </w:p>
    <w:p>
      <w:pPr>
        <w:pStyle w:val="ListNumber"/>
      </w:pPr>
      <w:r>
        <w:t>Remplissez la grille en attribuant une note de 1 à 4 pour chaque compétence.</w:t>
      </w:r>
    </w:p>
    <w:p>
      <w:pPr>
        <w:pStyle w:val="ListNumber"/>
      </w:pPr>
      <w:r>
        <w:t>Utilisez les observations pour justifier chaque note.</w:t>
      </w:r>
    </w:p>
    <w:p>
      <w:pPr>
        <w:pStyle w:val="ListNumber"/>
      </w:pPr>
      <w:r>
        <w:t>Calculez le total et analysez les points forts et axes de progrès.</w:t>
      </w:r>
    </w:p>
    <w:p>
      <w:pPr>
        <w:pStyle w:val="ListNumber"/>
      </w:pPr>
      <w:r>
        <w:t>Utilisez les résultats pour définir un plan d'action ou un entretien.</w:t>
      </w:r>
    </w:p>
    <w:p>
      <w:pPr>
        <w:pStyle w:val="Heading1"/>
      </w:pPr>
      <w:r>
        <w:t>Comprendre les trois types de compétences</w:t>
      </w:r>
    </w:p>
    <w:p>
      <w:r>
        <w:t>Le savoir correspond aux connaissances théoriques (ex : maîtrise d'un logiciel, connaissance des règles de sécurité). Le savoir-faire est la capacité à mettre en pratique ces connaissances (ex : réaliser une tâche technique, résoudre un problème). Le savoir-être regroupe les attitudes et comportements (ex : communication, esprit d'équipe, adaptabilité).</w:t>
      </w:r>
    </w:p>
    <w:p>
      <w:pPr>
        <w:pStyle w:val="Heading1"/>
      </w:pPr>
      <w:r>
        <w:t>Comment utiliser la grille</w:t>
      </w:r>
    </w:p>
    <w:p>
      <w:r>
        <w:t>Pour chaque compétence, évaluez le niveau de maîtrise de la personne à l'aide de l'échelle : 1 = débutant, 2 = intermédiaire, 3 = avancé, 4 = expert. Ajoutez des exemples concrets dans la colonne 'Observations' pour justifier votre évaluation. La grille peut être utilisée pour une auto-évaluation ou une évaluation par un manager.</w:t>
      </w:r>
    </w:p>
    <w:p>
      <w:pPr>
        <w:pStyle w:val="Heading1"/>
      </w:pPr>
      <w:r>
        <w:t>Modèle prêt à adapter</w:t>
      </w:r>
    </w:p>
    <w:p>
      <w:r>
        <w:t>GRILLE D'ÉVALUATION DES COMPÉTENCES Nom de la personne évaluée : [Nom] Poste : [Intitulé du poste] Date de l'évaluation : [Date] Évaluateur : [Nom de l'évaluateur] Échelle : 1 = Débutant, 2 = Intermédiaire, 3 = Avancé, 4 = Expert 1. SAVOIR (Connaissances) | Compétence | Note (1-4) | Observations | |------------|------------|--------------| | [Connaissance 1] | | | | [Connaissance 2] | | | | [Connaissance 3] | | | 2. SAVOIR-FAIRE (Compétences pratiques) | Compétence | Note (1-4) | Observations | |------------|------------|--------------| | [Compétence 1] | | | | [Compétence 2] | | | | [Compétence 3] | | | 3. SAVOIR-ÊTRE (Comportements) | Compétence | Note (1-4) | Observations | |------------|------------|--------------| | [Comportement 1] | | | | [Comportement 2] | | | | [Comportement 3] | | | TOTAL GÉNÉRAL : [Total] / [Maximum] Points forts : [À compléter] Axes de progrès : [À compléter] Plan d'action : [À compléter] Signature de l'évaluateur : ____________________ Signature de la personne évaluée : ____________________</w:t>
      </w:r>
    </w:p>
    <w:p>
      <w:pPr>
        <w:pStyle w:val="Heading1"/>
      </w:pPr>
      <w:r>
        <w:t>Checklist</w:t>
      </w:r>
    </w:p>
    <w:p>
      <w:r>
        <w:t>☐ Définir les compétences à évaluer en lien avec le poste.</w:t>
      </w:r>
    </w:p>
    <w:p>
      <w:r>
        <w:t>☐ Choisir une échelle claire (ex : 1 à 4).</w:t>
      </w:r>
    </w:p>
    <w:p>
      <w:r>
        <w:t>☐ Préparer des exemples concrets pour chaque niveau.</w:t>
      </w:r>
    </w:p>
    <w:p>
      <w:r>
        <w:t>☐ Remplir la grille objectivement, sans préjugés.</w:t>
      </w:r>
    </w:p>
    <w:p>
      <w:r>
        <w:t>☐ Justifier chaque note par des faits observables.</w:t>
      </w:r>
    </w:p>
    <w:p>
      <w:r>
        <w:t>☐ Discuter des résultats avec la personne évaluée.</w:t>
      </w:r>
    </w:p>
    <w:p>
      <w:r>
        <w:t>☐ Définir ensemble un plan de développement.</w:t>
      </w:r>
    </w:p>
    <w:p>
      <w:r>
        <w:t>☐ Conserver une copie signée par les deux parties.</w:t>
      </w:r>
    </w:p>
    <w:p>
      <w:pPr>
        <w:pStyle w:val="Heading1"/>
      </w:pPr>
      <w:r>
        <w:t>Questions fréquentes</w:t>
      </w:r>
    </w:p>
    <w:p>
      <w:r>
        <w:rPr>
          <w:b/>
        </w:rPr>
        <w:t>Comment distinguer savoir et savoir-faire ?</w:t>
      </w:r>
    </w:p>
    <w:p>
      <w:r>
        <w:t>Le savoir est la connaissance théorique (par exemple, connaître les règles de la comptabilité). Le savoir-faire est la capacité à appliquer cette connaissance (par exemple, établir un bilan comptable). En résumé, le savoir est 'savoir', le savoir-faire est 'savoir faire'.</w:t>
      </w:r>
    </w:p>
    <w:p>
      <w:r>
        <w:rPr>
          <w:b/>
        </w:rPr>
        <w:t>Cette grille est-elle adaptée à tous les métiers ?</w:t>
      </w:r>
    </w:p>
    <w:p>
      <w:r>
        <w:t>Oui, le principe est adaptable. Vous devez simplement personnaliser les compétences listées en fonction du poste ou du secteur d'activité. Par exemple, pour un commercial, le savoir-faire inclura la négociation ; pour un informaticien, la maîtrise de langages de programmation.</w:t>
      </w:r>
    </w:p>
    <w:p>
      <w:r>
        <w:rPr>
          <w:b/>
        </w:rPr>
        <w:t>Quelle différence avec une évaluation classique de performance ?</w:t>
      </w:r>
    </w:p>
    <w:p>
      <w:r>
        <w:t>Cette grille se concentre sur les compétences (savoir, savoir-faire, savoir-être) plutôt que sur les résultats atteints. Elle est utile pour identifier les besoins en formation ou les potentiels, tandis que l'évaluation de performance mesure l'atteinte d'objectifs.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