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Savoir-être et savoir-faire : exemples concrets</w:t>
      </w:r>
    </w:p>
    <w:p>
      <w:r>
        <w:t>Cette page vous propose 10 exemples de savoir-être et 10 exemples de savoir-faire, avec des mises en situation professionnelle pour illustrer leur application. Utilisez ces exemples pour enrichir votre CV, préparer un entretien ou développer vos compétences.</w:t>
      </w:r>
    </w:p>
    <w:p>
      <w:r>
        <w:rPr>
          <w:b/>
        </w:rPr>
        <w:t>Les exemples sont donnés à titre indicatif. Adaptez-les à votre secteur d'activité et à votre expérience.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Identifiez les compétences les plus pertinentes pour votre poste cible.</w:t>
      </w:r>
    </w:p>
    <w:p>
      <w:pPr>
        <w:pStyle w:val="ListNumber"/>
      </w:pPr>
      <w:r>
        <w:t>Sélectionnez les exemples qui correspondent à votre vécu.</w:t>
      </w:r>
    </w:p>
    <w:p>
      <w:pPr>
        <w:pStyle w:val="ListNumber"/>
      </w:pPr>
      <w:r>
        <w:t>Rédigez des phrases d'action en utilisant ces exemples comme inspiration.</w:t>
      </w:r>
    </w:p>
    <w:p>
      <w:pPr>
        <w:pStyle w:val="Heading1"/>
      </w:pPr>
      <w:r>
        <w:t>Savoir-être : 10 exemples</w:t>
      </w:r>
    </w:p>
    <w:p>
      <w:r>
        <w:t>1. Autonomie : gérer son planning sans supervision.</w:t>
        <w:br/>
        <w:t>2. Esprit d'équipe : collaborer avec plusieurs services sur un projet.</w:t>
        <w:br/>
        <w:t>3. Communication : expliquer clairement une idée lors d'une réunion.</w:t>
        <w:br/>
        <w:t>4. Adaptabilité : changer de méthode face à un imprévu.</w:t>
        <w:br/>
        <w:t>5. Rigueur : vérifier ses livrables avant de les envoyer.</w:t>
        <w:br/>
        <w:t>6. Créativité : proposer une solution innovante à un problème.</w:t>
        <w:br/>
        <w:t>7. Leadership : coordonner une équipe sur un projet.</w:t>
        <w:br/>
        <w:t>8. Empathie : comprendre les besoins d'un client mécontent.</w:t>
        <w:br/>
        <w:t>9. Gestion du stress : respecter les délais sous pression.</w:t>
        <w:br/>
        <w:t>10. Sens de l'initiative : proposer une amélioration de processus.</w:t>
      </w:r>
    </w:p>
    <w:p>
      <w:pPr>
        <w:pStyle w:val="Heading1"/>
      </w:pPr>
      <w:r>
        <w:t>Savoir-faire : 10 exemples</w:t>
      </w:r>
    </w:p>
    <w:p>
      <w:r>
        <w:t>1. Maîtrise de logiciels (Excel, Photoshop, etc.).</w:t>
        <w:br/>
        <w:t>2. Compétences en programmation (Python, Java).</w:t>
        <w:br/>
        <w:t>3. Gestion de projet (méthodologie Agile).</w:t>
        <w:br/>
        <w:t>4. Rédaction de rapports ou de documents techniques.</w:t>
        <w:br/>
        <w:t>5. Analyse de données (statistiques, tableaux de bord).</w:t>
        <w:br/>
        <w:t>6. Service client (gestion des réclamations).</w:t>
        <w:br/>
        <w:t>7. Vente (techniques de négociation).</w:t>
        <w:br/>
        <w:t>8. Marketing digital (SEO, campagnes publicitaires).</w:t>
        <w:br/>
        <w:t>9. Comptabilité (tenue de livres, facturation).</w:t>
        <w:br/>
        <w:t>10. Conduite de réunions (animation, prise de notes).</w:t>
      </w:r>
    </w:p>
    <w:p>
      <w:pPr>
        <w:pStyle w:val="Heading1"/>
      </w:pPr>
      <w:r>
        <w:t>Modèle prêt à adapter</w:t>
      </w:r>
    </w:p>
    <w:p>
      <w:r>
        <w:t>Pour chaque compétence, utilisez la structure suivante dans votre CV ou entretien : - Compétence : [Nom de la compétence] - Contexte : [Situation professionnelle] - Action : [Ce que vous avez fait] - Résultat : [Impact mesurable ou qualitatif]</w:t>
      </w:r>
    </w:p>
    <w:p>
      <w:pPr>
        <w:pStyle w:val="Heading1"/>
      </w:pPr>
      <w:r>
        <w:t>Checklist</w:t>
      </w:r>
    </w:p>
    <w:p>
      <w:r>
        <w:t>☐ Avoir choisi 3 à 5 savoir-être et 3 à 5 savoir-faire pertinents</w:t>
      </w:r>
    </w:p>
    <w:p>
      <w:r>
        <w:t>☐ Avoir des exemples concrets pour chaque compétence</w:t>
      </w:r>
    </w:p>
    <w:p>
      <w:r>
        <w:t>☐ Utiliser des verbes d'action dans vos descriptions</w:t>
      </w:r>
    </w:p>
    <w:p>
      <w:r>
        <w:t>☐ Quantifier les résultats si possible</w:t>
      </w:r>
    </w:p>
    <w:p>
      <w:r>
        <w:t>☐ Adapter le langage à l'offre d'emploi</w:t>
      </w:r>
    </w:p>
    <w:p>
      <w:r>
        <w:t>☐ Relire et corriger les fautes</w:t>
      </w:r>
    </w:p>
    <w:p>
      <w:pPr>
        <w:pStyle w:val="Heading1"/>
      </w:pPr>
      <w:r>
        <w:t>Questions fréquentes</w:t>
      </w:r>
    </w:p>
    <w:p>
      <w:r>
        <w:rPr>
          <w:b/>
        </w:rPr>
        <w:t>Comment différencier savoir-être et savoir-faire ?</w:t>
      </w:r>
    </w:p>
    <w:p>
      <w:r>
        <w:t>Le savoir-faire regroupe les compétences techniques et pratiques, tandis que le savoir-être concerne les qualités personnelles et relationnelles. Par exemple, 'maîtriser Excel' est un savoir-faire, 'être organisé' est un savoir-être.</w:t>
      </w:r>
    </w:p>
    <w:p>
      <w:r>
        <w:rPr>
          <w:b/>
        </w:rPr>
        <w:t>Quels savoir-être sont les plus demandés en entreprise ?</w:t>
      </w:r>
    </w:p>
    <w:p>
      <w:r>
        <w:t>Selon les offres d'emploi, l'autonomie, l'esprit d'équipe, la communication et l'adaptabilité sont souvent cités. Cependant, cela varie selon le secteur et le poste.</w:t>
      </w:r>
    </w:p>
    <w:p>
      <w:r>
        <w:rPr>
          <w:b/>
        </w:rPr>
        <w:t>Comment mettre en valeur ces compétences dans un CV ?</w:t>
      </w:r>
    </w:p>
    <w:p>
      <w:r>
        <w:t>Intégrez-les dans une rubrique 'Compétences' ou illustrez-les dans vos expériences professionnelles avec des exemples concrets. Utilisez des mots-clés de l'offre d'emploi.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