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Questionnaire d'Enquête PDF à Télécharger et à Personnaliser</w:t>
      </w:r>
    </w:p>
    <w:p>
      <w:r>
        <w:t>Ce modèle de questionnaire d'enquête prêt à l'emploi vous permet de créer rapidement un sondage professionnel. Téléchargez le fichier PDF, imprimez-le ou utilisez-le comme base pour votre enquête en ligne. Il comprend une structure complète, des instructions de remplissage et un exemple concret.</w:t>
      </w:r>
    </w:p>
    <w:p>
      <w:r>
        <w:rPr>
          <w:b/>
        </w:rPr>
        <w:t>Ce modèle est fourni à titre d'exemple. Adaptez les questions à votre sujet et à votre public. Pour une enquête scientifique, faites valider votre questionnaire par un expert en méthodologie.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fichier PDF ci-dessous.</w:t>
      </w:r>
    </w:p>
    <w:p>
      <w:pPr>
        <w:pStyle w:val="ListNumber"/>
      </w:pPr>
      <w:r>
        <w:t>Ouvrez le PDF avec un lecteur comme Adobe Acrobat ou un logiciel de traitement de texte.</w:t>
      </w:r>
    </w:p>
    <w:p>
      <w:pPr>
        <w:pStyle w:val="ListNumber"/>
      </w:pPr>
      <w:r>
        <w:t>Remplacez les textes entre crochets par vos propres informations.</w:t>
      </w:r>
    </w:p>
    <w:p>
      <w:pPr>
        <w:pStyle w:val="ListNumber"/>
      </w:pPr>
      <w:r>
        <w:t>Ajoutez ou supprimez des questions selon vos besoins.</w:t>
      </w:r>
    </w:p>
    <w:p>
      <w:pPr>
        <w:pStyle w:val="ListNumber"/>
      </w:pPr>
      <w:r>
        <w:t>Imprimez le questionnaire ou distribuez-le en ligne.</w:t>
      </w:r>
    </w:p>
    <w:p>
      <w:pPr>
        <w:pStyle w:val="Heading1"/>
      </w:pPr>
      <w:r>
        <w:t>Structure du questionnaire</w:t>
      </w:r>
    </w:p>
    <w:p>
      <w:r>
        <w:t>Le modèle comprend : 1) Une introduction expliquant le but de l'enquête et garantissant l'anonymat. 2) Des sections thématiques (informations générales, habitudes, opinions). 3) Des types de questions variés : choix multiples, échelles de Likert, questions ouvertes. 4) Une conclusion avec remerciements.</w:t>
      </w:r>
    </w:p>
    <w:p>
      <w:pPr>
        <w:pStyle w:val="Heading1"/>
      </w:pPr>
      <w:r>
        <w:t>Exemple de questions</w:t>
      </w:r>
    </w:p>
    <w:p>
      <w:r>
        <w:t>Voici un extrait : 'Quel âge avez-vous ?' (choix multiples), 'Dans quelle mesure êtes-vous satisfait de notre service ?' (échelle de 1 à 5), 'Quelles améliorations suggérez-vous ?' (question ouverte).</w:t>
      </w:r>
    </w:p>
    <w:p>
      <w:pPr>
        <w:pStyle w:val="Heading1"/>
      </w:pPr>
      <w:r>
        <w:t>Modèle prêt à adapter</w:t>
      </w:r>
    </w:p>
    <w:p>
      <w:r>
        <w:t>Titre de l'enquête : [Titre] Introduction : Bonjour, nous réalisons une enquête sur [sujet]. Vos réponses nous aideront à [objectif]. Cette enquête est anonyme et prend environ [durée] minutes. Section 1 : Informations générales 1. Quel est votre âge ? ☐ Moins de 18 ans ☐ 18-25 ans ☐ 26-35 ans ☐ 36-50 ans ☐ Plus de 50 ans 2. Quel est votre sexe ? ☐ Féminin ☐ Masculin ☐ Autre / Préfère ne pas répondre 3. Dans quelle région habitez-vous ? [Zone de texte] Section 2 : Habitudes 4. À quelle fréquence utilisez-vous [produit/service] ? ☐ Quotidiennement ☐ Plusieurs fois par semaine ☐ Une fois par semaine ☐ Rarement ☐ Jamais 5. Depuis combien de temps utilisez-vous [produit/service] ? ☐ Moins de 6 mois ☐ 6 mois à 1 an ☐ 1 à 3 ans ☐ Plus de 3 ans Section 3 : Opinions 6. Sur une échelle de 1 à 5, où 1 = très insatisfait et 5 = très satisfait, quel est votre niveau de satisfaction global ? ☐ 1 ☐ 2 ☐ 3 ☐ 4 ☐ 5 7. Recommanderiez-vous [produit/service] à un ami ? ☐ Oui, certainement ☐ Probablement ☐ Pas sûr ☐ Probablement pas ☐ Non, certainement pas 8. Quelles améliorations suggéreriez-vous ? [Zone de texte] Conclusion : Merci d'avoir participé à notre enquête. Vos réponses sont précieuses pour nous. Si vous avez des questions, contactez [email]. [Date]</w:t>
      </w:r>
    </w:p>
    <w:p>
      <w:pPr>
        <w:pStyle w:val="Heading1"/>
      </w:pPr>
      <w:r>
        <w:t>Checklist</w:t>
      </w:r>
    </w:p>
    <w:p>
      <w:r>
        <w:t>☐ Objectif clair de l'enquête</w:t>
      </w:r>
    </w:p>
    <w:p>
      <w:r>
        <w:t>☐ Introduction avec consentement éclairé</w:t>
      </w:r>
    </w:p>
    <w:p>
      <w:r>
        <w:t>☐ Questions démographiques au début</w:t>
      </w:r>
    </w:p>
    <w:p>
      <w:r>
        <w:t>☐ Questions principales au milieu</w:t>
      </w:r>
    </w:p>
    <w:p>
      <w:r>
        <w:t>☐ Questions sensibles en fin de questionnaire</w:t>
      </w:r>
    </w:p>
    <w:p>
      <w:r>
        <w:t>☐ Échelle de réponse cohérente</w:t>
      </w:r>
    </w:p>
    <w:p>
      <w:r>
        <w:t>☐ Questions ouvertes pour des commentaires</w:t>
      </w:r>
    </w:p>
    <w:p>
      <w:r>
        <w:t>☐ Remerciements à la fin</w:t>
      </w:r>
    </w:p>
    <w:p>
      <w:r>
        <w:t>☐ Test du questionnaire avec un petit échantillon</w:t>
      </w:r>
    </w:p>
    <w:p>
      <w:r>
        <w:t>☐ Respect de l'anonymat</w:t>
      </w:r>
    </w:p>
    <w:p>
      <w:pPr>
        <w:pStyle w:val="Heading1"/>
      </w:pPr>
      <w:r>
        <w:t>Questions fréquentes</w:t>
      </w:r>
    </w:p>
    <w:p>
      <w:r>
        <w:rPr>
          <w:b/>
        </w:rPr>
        <w:t>Comment puis-je télécharger le modèle de questionnaire PDF ?</w:t>
      </w:r>
    </w:p>
    <w:p>
      <w:r>
        <w:t>Cliquez sur le bouton de téléchargement ci-dessous. Le fichier PDF s'ouvrira dans votre navigateur ; vous pourrez ensuite l'enregistrer sur votre appareil.</w:t>
      </w:r>
    </w:p>
    <w:p>
      <w:r>
        <w:rPr>
          <w:b/>
        </w:rPr>
        <w:t>Puis-je modifier le questionnaire après l'avoir téléchargé ?</w:t>
      </w:r>
    </w:p>
    <w:p>
      <w:r>
        <w:t>Oui, le PDF est conçu pour être éditable. Ouvrez-le avec un logiciel comme Adobe Acrobat ou utilisez un convertisseur en ligne pour le transformer en document Word.</w:t>
      </w:r>
    </w:p>
    <w:p>
      <w:r>
        <w:rPr>
          <w:b/>
        </w:rPr>
        <w:t>Ce modèle convient-il à une enquête scientifique ?</w:t>
      </w:r>
    </w:p>
    <w:p>
      <w:r>
        <w:t>Il peut servir de base, mais pour une recherche rigoureuse, faites valider votre questionnaire par un expert et testez sa fiabilité.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