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Questionnaire d'Audit RH à Télécharger (Word)</w:t>
      </w:r>
    </w:p>
    <w:p>
      <w:r>
        <w:t>Cet outil pratique vous permet d'évaluer les pratiques et processus de votre fonction RH. Téléchargez le modèle Word, personnalisez-le selon votre contexte, et utilisez-le pour identifier les points forts et les axes d'amélioration de votre gestion des ressources humaines.</w:t>
      </w:r>
    </w:p>
    <w:p>
      <w:r>
        <w:rPr>
          <w:b/>
        </w:rPr>
        <w:t>Ce questionnaire est fourni à titre indicatif. Adaptez-le à la taille et aux spécificités de votre organisation. Pour une conformité réglementaire, faites valider par un professionnel compétent.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Word ci-dessous.</w:t>
      </w:r>
    </w:p>
    <w:p>
      <w:pPr>
        <w:pStyle w:val="ListNumber"/>
      </w:pPr>
      <w:r>
        <w:t>Ouvrez le document et personnalisez l'en-tête avec le nom de votre organisation et la date.</w:t>
      </w:r>
    </w:p>
    <w:p>
      <w:pPr>
        <w:pStyle w:val="ListNumber"/>
      </w:pPr>
      <w:r>
        <w:t>Parcourez les questions et supprimez ou ajoutez des items selon vos besoins.</w:t>
      </w:r>
    </w:p>
    <w:p>
      <w:pPr>
        <w:pStyle w:val="ListNumber"/>
      </w:pPr>
      <w:r>
        <w:t>Distribuez le questionnaire aux responsables concernés (DRH, managers, etc.) et collectez les réponses.</w:t>
      </w:r>
    </w:p>
    <w:p>
      <w:pPr>
        <w:pStyle w:val="ListNumber"/>
      </w:pPr>
      <w:r>
        <w:t>Analysez les résultats et identifiez les axes de progrès prioritaires.</w:t>
      </w:r>
    </w:p>
    <w:p>
      <w:pPr>
        <w:pStyle w:val="Heading1"/>
      </w:pPr>
      <w:r>
        <w:t>Aperçu du contenu</w:t>
      </w:r>
    </w:p>
    <w:p>
      <w:r>
        <w:t>Le questionnaire couvre 5 domaines clés : stratégie RH, administration et conformité, recrutement et intégration, formation et développement, et climat social. Chaque domaine comporte des questions fermées (oui/non) et ouvertes pour recueillir des commentaires.</w:t>
      </w:r>
    </w:p>
    <w:p>
      <w:pPr>
        <w:pStyle w:val="Heading1"/>
      </w:pPr>
      <w:r>
        <w:t>Instructions d'utilisation</w:t>
      </w:r>
    </w:p>
    <w:p>
      <w:r>
        <w:t>Pour chaque question, cochez la réponse qui correspond le mieux à votre situation. Pour les questions ouvertes, soyez précis et factuel. Une fois rempli, compilez les réponses pour obtenir une vision globale. Utilisez les résultats pour élaborer un plan d'action.</w:t>
      </w:r>
    </w:p>
    <w:p>
      <w:pPr>
        <w:pStyle w:val="Heading1"/>
      </w:pPr>
      <w:r>
        <w:t>Modèle prêt à adapter</w:t>
      </w:r>
    </w:p>
    <w:p>
      <w:r>
        <w:t>QUESTIONNAIRE D'AUDIT RH Organisation : [Nom de l'organisation] Date : [Date] Responsable de l'audit : [Nom] Instructions : Cochez la case appropriée (Oui/Non/Partiellement) et commentez si nécessaire. 1. STRATÉGIE RH 1.1. Existe-t-il une stratégie RH formalisée alignée sur la stratégie de l'entreprise ? Oui ☐ Non ☐ Partiellement ☐ Commentaires : [à compléter] 1.2. La fonction RH participe-t-elle à l'élaboration du plan stratégique ? Oui ☐ Non ☐ Partiellement ☐ Commentaires : [à compléter] 2. ADMINISTRATION ET CONFORMITÉ 2.1. Les contrats de travail sont-ils à jour et conformes à la législation ? Oui ☐ Non ☐ Partiellement ☐ Commentaires : [à compléter] 2.2. Les dossiers du personnel sont-ils complets et sécurisés ? Oui ☐ Non ☐ Partiellement ☐ Commentaires : [à compléter] 3. RECRUTEMENT ET INTÉGRATION 3.1. Existe-t-il un processus de recrutement structuré (définition de poste, diffusion, sélection) ? Oui ☐ Non ☐ Partiellement ☐ Commentaires : [à compléter] 3.2. Les nouveaux collaborateurs reçoivent-ils un parcours d'intégration formalisé ? Oui ☐ Non ☐ Partiellement ☐ Commentaires : [à compléter] 4. FORMATION ET DÉVELOPPEMENT 4.1. Un plan de formation est-il établi chaque année ? Oui ☐ Non ☐ Partiellement ☐ Commentaires : [à compléter] 4.2. Les besoins en compétences sont-ils identifiés régulièrement ? Oui ☐ Non ☐ Partiellement ☐ Commentaires : [à compléter] 5. CLIMAT SOCIAL 5.1. Des enquêtes de satisfaction sont-elles menées auprès des salariés ? Oui ☐ Non ☐ Partiellement ☐ Commentaires : [à compléter] 5.2. Les indicateurs d'absentéisme et de turnover sont-ils suivis ? Oui ☐ Non ☐ Partiellement ☐ Commentaires : [à compléter] Conclusion : [Synthèse des points forts et axes d'amélioration]</w:t>
      </w:r>
    </w:p>
    <w:p>
      <w:pPr>
        <w:pStyle w:val="Heading1"/>
      </w:pPr>
      <w:r>
        <w:t>Checklist</w:t>
      </w:r>
    </w:p>
    <w:p>
      <w:r>
        <w:t>☐ Télécharger le modèle Word</w:t>
      </w:r>
    </w:p>
    <w:p>
      <w:r>
        <w:t>☐ Personnaliser l'en-tête</w:t>
      </w:r>
    </w:p>
    <w:p>
      <w:r>
        <w:t>☐ Adapter les questions à votre organisation</w:t>
      </w:r>
    </w:p>
    <w:p>
      <w:r>
        <w:t>☐ Diffuser le questionnaire</w:t>
      </w:r>
    </w:p>
    <w:p>
      <w:r>
        <w:t>☐ Collecter les réponses</w:t>
      </w:r>
    </w:p>
    <w:p>
      <w:r>
        <w:t>☐ Analyser les résultats</w:t>
      </w:r>
    </w:p>
    <w:p>
      <w:r>
        <w:t>☐ Élaborer un plan d'action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ce questionnaire d'audit RH ?</w:t>
      </w:r>
    </w:p>
    <w:p>
      <w:r>
        <w:t>Vous pouvez modifier les questions, ajouter des sections spécifiques à votre secteur ou à votre taille, et ajuster les échelles de réponse. Le fichier Word est entièrement éditable.</w:t>
      </w:r>
    </w:p>
    <w:p>
      <w:r>
        <w:rPr>
          <w:b/>
        </w:rPr>
        <w:t>Qui doit répondre à ce questionnaire ?</w:t>
      </w:r>
    </w:p>
    <w:p>
      <w:r>
        <w:t>Idéalement, le responsable RH, les managers et éventuellement un échantillon de salariés selon les questions. Pour une vision complète, croisez les points de vue.</w:t>
      </w:r>
    </w:p>
    <w:p>
      <w:r>
        <w:rPr>
          <w:b/>
        </w:rPr>
        <w:t>Ce questionnaire est-il conforme à la législation ?</w:t>
      </w:r>
    </w:p>
    <w:p>
      <w:r>
        <w:t>Il est fourni à titre indicatif et ne remplace pas une consultation juridique. Faites-le vérifier par un professionnel pour garantir la conformité à votre contexte.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