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Préparer un Entretien Professionnel : Guide Complet</w:t>
      </w:r>
    </w:p>
    <w:p>
      <w:r>
        <w:t>Ce guide complet vous donne toutes les clés pour réussir votre entretien professionnel : recherche sur l'entreprise, préparation des réponses, gestion du stress, et suivi après l'entretien. Vous y trouverez des exemples concrets et une checklist pour ne rien oublier.</w:t>
      </w:r>
    </w:p>
    <w:p>
      <w:pPr>
        <w:pStyle w:val="Heading1"/>
      </w:pPr>
      <w:r>
        <w:t>Mode d'emploi</w:t>
      </w:r>
    </w:p>
    <w:p>
      <w:pPr>
        <w:pStyle w:val="ListNumber"/>
      </w:pPr>
      <w:r>
        <w:t>Analyser l'offre d'emploi et identifier les compétences clés</w:t>
      </w:r>
    </w:p>
    <w:p>
      <w:pPr>
        <w:pStyle w:val="ListNumber"/>
      </w:pPr>
      <w:r>
        <w:t>Rechercher des informations sur l'entreprise et le poste</w:t>
      </w:r>
    </w:p>
    <w:p>
      <w:pPr>
        <w:pStyle w:val="ListNumber"/>
      </w:pPr>
      <w:r>
        <w:t>Préparer des réponses aux questions fréquentes avec des exemples concrets</w:t>
      </w:r>
    </w:p>
    <w:p>
      <w:pPr>
        <w:pStyle w:val="ListNumber"/>
      </w:pPr>
      <w:r>
        <w:t>Préparer des questions à poser au recruteur</w:t>
      </w:r>
    </w:p>
    <w:p>
      <w:pPr>
        <w:pStyle w:val="ListNumber"/>
      </w:pPr>
      <w:r>
        <w:t>Soigner sa tenue et sa présentation</w:t>
      </w:r>
    </w:p>
    <w:p>
      <w:pPr>
        <w:pStyle w:val="ListNumber"/>
      </w:pPr>
      <w:r>
        <w:t>Envoyer un email de remerciement après l'entretien</w:t>
      </w:r>
    </w:p>
    <w:p>
      <w:pPr>
        <w:pStyle w:val="Heading1"/>
      </w:pPr>
      <w:r>
        <w:t>Recherche sur l'entreprise</w:t>
      </w:r>
    </w:p>
    <w:p>
      <w:r>
        <w:t>Avant l'entretien, explorez le site web de l'entreprise, ses réseaux sociaux, les actualités récentes. Comprenez sa culture, ses valeurs, ses produits ou services. Identifiez les informations clés sur le poste : missions, responsabilités, évolutions possibles. Cela vous permettra d'adapter vos réponses et de montrer votre motivation.</w:t>
      </w:r>
    </w:p>
    <w:p>
      <w:pPr>
        <w:pStyle w:val="Heading1"/>
      </w:pPr>
      <w:r>
        <w:t>Préparer vos réponses</w:t>
      </w:r>
    </w:p>
    <w:p>
      <w:r>
        <w:t>Anticipez les questions classiques : présentez-vous, quelles sont vos forces et faiblesses, pourquoi voulez-vous ce poste ? Préparez des réponses structurées avec des exemples concrets de votre expérience (méthode STAR : Situation, Tâche, Action, Résultat). Entraînez-vous à voix haute pour gagner en fluidité.</w:t>
      </w:r>
    </w:p>
    <w:p>
      <w:pPr>
        <w:pStyle w:val="Heading1"/>
      </w:pPr>
      <w:r>
        <w:t>Questions à poser</w:t>
      </w:r>
    </w:p>
    <w:p>
      <w:r>
        <w:t>Préparez 3 à 5 questions pertinentes sur le poste, l'équipe, la culture d'entreprise, les perspectives d'évolution. Évitez les questions sur le salaire ou les congés lors du premier entretien. Poser des questions montre votre intérêt et votre esprit critique.</w:t>
      </w:r>
    </w:p>
    <w:p>
      <w:pPr>
        <w:pStyle w:val="Heading1"/>
      </w:pPr>
      <w:r>
        <w:t>Gestion du stress</w:t>
      </w:r>
    </w:p>
    <w:p>
      <w:r>
        <w:t>Le stress est normal, mais il peut être maîtrisé. Préparez-vous mentalement en visualisant le déroulement de l'entretien. Arrivez en avance, respirez profondément, et souvenez-vous que l'entretien est un échange. Si une question vous déstabilise, prenez le temps de réfléchir avant de répondre.</w:t>
      </w:r>
    </w:p>
    <w:p>
      <w:pPr>
        <w:pStyle w:val="Heading1"/>
      </w:pPr>
      <w:r>
        <w:t>Suivi après l'entretien</w:t>
      </w:r>
    </w:p>
    <w:p>
      <w:r>
        <w:t>Envoyez un email de remerciement au recruteur dans les 24 heures, en réitérant votre intérêt et en soulignant un point positif de l'échange. Cela montre votre professionnalisme et vous distingue des autres candidats. Si vous n'avez pas de nouvelles sous une semaine, vous pouvez relancer poliment.</w:t>
      </w:r>
    </w:p>
    <w:p>
      <w:pPr>
        <w:pStyle w:val="Heading1"/>
      </w:pPr>
      <w:r>
        <w:t>Modèle prêt à adapter</w:t>
      </w:r>
    </w:p>
    <w:p>
      <w:r>
        <w:t>FICHE DE PRÉPARATION À L'ENTRETIEN Poste visé : [Intitulé du poste] Entreprise : [Nom de l'entreprise] Date de l'entretien : [Date] 1. Recherche sur l'entreprise - Secteur d'activité : [Secteur] - Taille : [Nombre de salariés] - Produits/services clés : [Produits] - Actualités récentes : [Actualités] 2. Compétences clés du poste - Compétence 1 : [Compétence] - Compétence 2 : [Compétence] - Compétence 3 : [Compétence] 3. Réponses préparées - Présentation : [Votre pitch] - Force principale : [Force] - Faiblesse à améliorer : [Faiblesse] - Exemple de réalisation (STAR) : [Situation, Tâche, Action, Résultat] 4. Questions à poser - Question 1 : [Question] - Question 2 : [Question] - Question 3 : [Question] 5. Logistique - Tenue choisie : [Tenue] - Itinéraire : [Itinéraire] - Documents à apporter : [CV, lettres, etc.]</w:t>
      </w:r>
    </w:p>
    <w:p>
      <w:pPr>
        <w:pStyle w:val="Heading1"/>
      </w:pPr>
      <w:r>
        <w:t>Checklist</w:t>
      </w:r>
    </w:p>
    <w:p>
      <w:r>
        <w:t>☐ Analyser l'offre d'emploi et noter les mots-clés</w:t>
      </w:r>
    </w:p>
    <w:p>
      <w:r>
        <w:t>☐ Rechercher des informations sur l'entreprise</w:t>
      </w:r>
    </w:p>
    <w:p>
      <w:r>
        <w:t>☐ Préparer un pitch de présentation de 2 minutes</w:t>
      </w:r>
    </w:p>
    <w:p>
      <w:r>
        <w:t>☐ Préparer des exemples concrets pour chaque compétence clé</w:t>
      </w:r>
    </w:p>
    <w:p>
      <w:r>
        <w:t>☐ Préparer 3 questions à poser au recruteur</w:t>
      </w:r>
    </w:p>
    <w:p>
      <w:r>
        <w:t>☐ Choisir une tenue professionnelle adaptée</w:t>
      </w:r>
    </w:p>
    <w:p>
      <w:r>
        <w:t>☐ Vérifier l'itinéraire et prévoir une marge de temps</w:t>
      </w:r>
    </w:p>
    <w:p>
      <w:r>
        <w:t>☐ Imprimer plusieurs copies de votre CV et de vos références</w:t>
      </w:r>
    </w:p>
    <w:p>
      <w:r>
        <w:t>☐ Éteindre votre téléphone avant l'entretien</w:t>
      </w:r>
    </w:p>
    <w:p>
      <w:r>
        <w:t>☐ Envoyer un email de remerciement après l'entretien</w:t>
      </w:r>
    </w:p>
    <w:p>
      <w:pPr>
        <w:pStyle w:val="Heading1"/>
      </w:pPr>
      <w:r>
        <w:t>Questions fréquentes</w:t>
      </w:r>
    </w:p>
    <w:p>
      <w:r>
        <w:rPr>
          <w:b/>
        </w:rPr>
        <w:t>Comment répondre à la question 'Parlez-moi de vous' ?</w:t>
      </w:r>
    </w:p>
    <w:p>
      <w:r>
        <w:t>Structurez votre réponse en trois parties : votre parcours professionnel, vos compétences clés, et votre motivation pour le poste. Restez concis (2 minutes maximum) et reliez votre expérience aux besoins de l'entreprise. Évitez les détails personnels non pertinents.</w:t>
      </w:r>
    </w:p>
    <w:p>
      <w:r>
        <w:rPr>
          <w:b/>
        </w:rPr>
        <w:t>Que faire si je ne connais pas la réponse à une question technique ?</w:t>
      </w:r>
    </w:p>
    <w:p>
      <w:r>
        <w:t>Restez honnête : dites que vous ne savez pas, mais montrez votre capacité à apprendre. Par exemple : 'Je n'ai pas encore eu l'occasion d'utiliser cet outil, mais je suis habitué à apprendre rapidement et je suis prêt à me former.' Vous pouvez aussi proposer une approche pour résoudre le problème.</w:t>
      </w:r>
    </w:p>
    <w:p>
      <w:r>
        <w:rPr>
          <w:b/>
        </w:rPr>
        <w:t>Comment négocier le salaire lors d'un entretien ?</w:t>
      </w:r>
    </w:p>
    <w:p>
      <w:r>
        <w:t>La négociation salariale se fait généralement après une offre, mais vous pouvez évoquer vos prétentions si on vous le demande. Basez-vous sur des fourchettes de salaire pour le poste dans votre secteur et votre région. Restez ouvert et professionnel, et mettez en avant votre valeur ajoutée.</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