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Ressource pratique : Portfolio Communication Exemple : Inspirez-Vous Avec Ces</w:t>
      </w:r>
    </w:p>
    <w:p>
      <w:r>
        <w:t>Cette ressource vous fournit un modèle de portfolio en communication, avec un exemple rempli et une version vierge. Vous pouvez télécharger le PDF ou copier le texte pour créer votre propre portfolio professionnel.</w:t>
      </w:r>
    </w:p>
    <w:p>
      <w:r>
        <w:rPr>
          <w:b/>
        </w:rPr>
        <w:t>Ce portfolio est un exemple illustratif. Adaptez le contenu à vos propres réalisations et faites-le relire par un professionnel si nécessaire.</w:t>
      </w:r>
    </w:p>
    <w:p>
      <w:pPr>
        <w:pStyle w:val="Heading1"/>
      </w:pPr>
      <w:r>
        <w:t>Mode d'emploi</w:t>
      </w:r>
    </w:p>
    <w:p>
      <w:pPr>
        <w:pStyle w:val="ListNumber"/>
      </w:pPr>
      <w:r>
        <w:t>Téléchargez le modèle PDF ou copiez le texte ci-dessous.</w:t>
      </w:r>
    </w:p>
    <w:p>
      <w:pPr>
        <w:pStyle w:val="ListNumber"/>
      </w:pPr>
      <w:r>
        <w:t>Remplacez les informations entre crochets par vos données personnelles.</w:t>
      </w:r>
    </w:p>
    <w:p>
      <w:pPr>
        <w:pStyle w:val="ListNumber"/>
      </w:pPr>
      <w:r>
        <w:t>Sélectionnez vos meilleurs projets et décrivez-les en utilisant la structure proposée.</w:t>
      </w:r>
    </w:p>
    <w:p>
      <w:pPr>
        <w:pStyle w:val="ListNumber"/>
      </w:pPr>
      <w:r>
        <w:t>Personnalisez le design et la mise en page selon votre style.</w:t>
      </w:r>
    </w:p>
    <w:p>
      <w:pPr>
        <w:pStyle w:val="ListNumber"/>
      </w:pPr>
      <w:r>
        <w:t>Exportez en PDF pour l'envoyer à vos prospects ou recruteurs.</w:t>
      </w:r>
    </w:p>
    <w:p>
      <w:pPr>
        <w:pStyle w:val="Heading1"/>
      </w:pPr>
      <w:r>
        <w:t>Contenu du modèle</w:t>
      </w:r>
    </w:p>
    <w:p>
      <w:r>
        <w:t>Le modèle comprend les sections : page de garde, à propos, compétences, expériences, projets (avec contexte, actions, résultats), et contact. L'exemple rempli montre comment présenter un projet de communication.</w:t>
      </w:r>
    </w:p>
    <w:p>
      <w:pPr>
        <w:pStyle w:val="Heading1"/>
      </w:pPr>
      <w:r>
        <w:t>Conseils pour un portfolio efficace</w:t>
      </w:r>
    </w:p>
    <w:p>
      <w:r>
        <w:t>Mettez en avant vos réalisations avec des chiffres concrets. Utilisez des visuels pour illustrer vos travaux. Adaptez le portfolio à l'offre d'emploi ou à la mission visée. Gardez-le concis et professionnel.</w:t>
      </w:r>
    </w:p>
    <w:p>
      <w:pPr>
        <w:pStyle w:val="Heading1"/>
      </w:pPr>
      <w:r>
        <w:t>Modèle prêt à adapter</w:t>
      </w:r>
    </w:p>
    <w:p>
      <w:r>
        <w:t>[Prénom Nom] [Coordonnées : téléphone, email, site web] À propos : [Paragraphe décrivant votre profil, vos atouts et vos objectifs professionnels] Compétences : - [Compétence 1] - [Compétence 2] - [Compétence 3] Expériences : - [Poste] chez [Entreprise] ([Dates]) - [Réalisation 1] - [Réalisation 2] Projets : Projet 1 : [Nom du projet] - Contexte : [Description du contexte] - Objectif : [Objectif visé] - Actions : [Actions menées] - Résultats : [Résultats obtenus avec chiffres] Projet 2 : [Nom du projet] - Contexte : [Description] - Objectif : [Objectif] - Actions : [Actions] - Résultats : [Résultats] Contact : [Email] | [Téléphone] | [LinkedIn] | [Portfolio en ligne]</w:t>
      </w:r>
    </w:p>
    <w:p>
      <w:pPr>
        <w:pStyle w:val="Heading1"/>
      </w:pPr>
      <w:r>
        <w:t>Checklist</w:t>
      </w:r>
    </w:p>
    <w:p>
      <w:r>
        <w:t>☐ Vos coordonnées sont-elles à jour ?</w:t>
      </w:r>
    </w:p>
    <w:p>
      <w:r>
        <w:t>☐ Votre profil est-il clair et accrocheur ?</w:t>
      </w:r>
    </w:p>
    <w:p>
      <w:r>
        <w:t>☐ Les compétences listées sont-elles pertinentes pour le poste visé ?</w:t>
      </w:r>
    </w:p>
    <w:p>
      <w:r>
        <w:t>☐ Les expériences sont-elles présentées avec des réalisations concrètes ?</w:t>
      </w:r>
    </w:p>
    <w:p>
      <w:r>
        <w:t>☐ Chaque projet a-t-il un contexte, des actions et des résultats ?</w:t>
      </w:r>
    </w:p>
    <w:p>
      <w:r>
        <w:t>☐ Les résultats sont-ils chiffrés si possible ?</w:t>
      </w:r>
    </w:p>
    <w:p>
      <w:r>
        <w:t>☐ Le design est-il professionnel et cohérent ?</w:t>
      </w:r>
    </w:p>
    <w:p>
      <w:r>
        <w:t>☐ Le portfolio est-il adapté à l'offre ou à la mission ?</w:t>
      </w:r>
    </w:p>
    <w:p>
      <w:r>
        <w:t>☐ Avez-vous relu et corrigé les fautes ?</w:t>
      </w:r>
    </w:p>
    <w:p>
      <w:r>
        <w:t>☐ Le fichier est-il exporté en PDF pour l'envoi ?</w:t>
      </w:r>
    </w:p>
    <w:p>
      <w:pPr>
        <w:pStyle w:val="Heading1"/>
      </w:pPr>
      <w:r>
        <w:t>Questions fréquentes</w:t>
      </w:r>
    </w:p>
    <w:p>
      <w:r>
        <w:rPr>
          <w:b/>
        </w:rPr>
        <w:t>Comment utiliser ce modèle pour créer mon portfolio ?</w:t>
      </w:r>
    </w:p>
    <w:p>
      <w:r>
        <w:t>Téléchargez le PDF ou copiez le texte, puis remplacez les informations entre crochets par les vôtres. Complétez avec vos projets et expériences, puis personnalisez le design.</w:t>
      </w:r>
    </w:p>
    <w:p>
      <w:r>
        <w:rPr>
          <w:b/>
        </w:rPr>
        <w:t>Quelles sections sont indispensables dans un portfolio de communication ?</w:t>
      </w:r>
    </w:p>
    <w:p>
      <w:r>
        <w:t>Les sections essentielles sont : page de garde, à propos, compétences, expériences, projets (avec contexte, actions, résultats) et coordonnées. Vous pouvez ajouter des témoignages ou des récompenses si pertinent.</w:t>
      </w:r>
    </w:p>
    <w:p>
      <w:r>
        <w:rPr>
          <w:b/>
        </w:rPr>
        <w:t>Dois-je inclure tous mes projets ou seulement les meilleurs ?</w:t>
      </w:r>
    </w:p>
    <w:p>
      <w:r>
        <w:t>Sélectionnez uniquement vos projets les plus pertinents et les plus réussis. Un portfolio concis et ciblé est plus percutant qu'un document exhaustif.</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