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Plan Type de Mémoire Infirmier à Télécharger (PDF)</w:t>
      </w:r>
    </w:p>
    <w:p>
      <w:r>
        <w:t>Ce plan type vous guide dans la rédaction de votre mémoire infirmier, en respectant les exigences académiques et en structurant votre réflexion.</w:t>
      </w:r>
    </w:p>
    <w:p>
      <w:r>
        <w:rPr>
          <w:b/>
        </w:rPr>
        <w:t>Ce document est un outil d'aide à la rédaction. Il ne remplace pas les consignes spécifiques de votre institut de formation ni l'accompagnement de votre directeur de mémoire. Validez le plan avec votre tuteur avant de rédiger.</w:t>
      </w:r>
    </w:p>
    <w:p>
      <w:pPr>
        <w:pStyle w:val="Heading1"/>
      </w:pPr>
      <w:r>
        <w:t>Mode d'emploi</w:t>
      </w:r>
    </w:p>
    <w:p>
      <w:pPr>
        <w:pStyle w:val="ListNumber"/>
      </w:pPr>
      <w:r>
        <w:t>Téléchargez le plan type en PDF.</w:t>
      </w:r>
    </w:p>
    <w:p>
      <w:pPr>
        <w:pStyle w:val="ListNumber"/>
      </w:pPr>
      <w:r>
        <w:t>Lisez attentivement chaque section et les conseils associés.</w:t>
      </w:r>
    </w:p>
    <w:p>
      <w:pPr>
        <w:pStyle w:val="ListNumber"/>
      </w:pPr>
      <w:r>
        <w:t>Adaptez le plan à votre sujet de mémoire.</w:t>
      </w:r>
    </w:p>
    <w:p>
      <w:pPr>
        <w:pStyle w:val="ListNumber"/>
      </w:pPr>
      <w:r>
        <w:t>Remplissez chaque partie avec vos idées et vos références.</w:t>
      </w:r>
    </w:p>
    <w:p>
      <w:pPr>
        <w:pStyle w:val="ListNumber"/>
      </w:pPr>
      <w:r>
        <w:t>Faites relire votre plan par votre directeur de mémoire avant de commencer la rédaction.</w:t>
      </w:r>
    </w:p>
    <w:p>
      <w:pPr>
        <w:pStyle w:val="Heading1"/>
      </w:pPr>
      <w:r>
        <w:t>Aperçu du plan</w:t>
      </w:r>
    </w:p>
    <w:p>
      <w:r>
        <w:t>Le plan type comprend les sections suivantes : introduction, cadre conceptuel, méthodologie, résultats, discussion, conclusion. Chaque section est détaillée avec des sous-parties et des conseils de rédaction.</w:t>
      </w:r>
    </w:p>
    <w:p>
      <w:pPr>
        <w:pStyle w:val="Heading1"/>
      </w:pPr>
      <w:r>
        <w:t>Conseils d'utilisation</w:t>
      </w:r>
    </w:p>
    <w:p>
      <w:r>
        <w:t>Utilisez ce plan comme une trame de travail. Personnalisez les titres et les sous-titres en fonction de votre sujet. Respectez les normes de citation (APA, Vancouver, etc.) demandées par votre établissement.</w:t>
      </w:r>
    </w:p>
    <w:p>
      <w:pPr>
        <w:pStyle w:val="Heading1"/>
      </w:pPr>
      <w:r>
        <w:t>Modèle prêt à adapter</w:t>
      </w:r>
    </w:p>
    <w:p>
      <w:r>
        <w:t>PLAN TYPE DE MÉMOIRE INFIRMIER Titre du mémoire : [Titre] Nom de l'étudiant : [Nom] Directeur de mémoire : [Nom] Année universitaire : [Année] INTRODUCTION - Contexte et problématique : [Présentez le contexte professionnel et la question de recherche] - Question de recherche : [Formulez la question précise] - Hypothèses ou objectifs : [Listez vos hypothèses ou objectifs] - Annonce du plan : [Décrivez brièvement la structure du mémoire] CADRE CONCEPTUEL - Définitions des concepts clés : [Définissez les termes importants] - Revue de littérature : [Synthétisez les travaux pertinents] - Cadre théorique : [Présentez les modèles ou théories mobilisées] MÉTHODOLOGIE - Type d'étude : [Qualitative, quantitative, mixte] - Population et échantillon : [Décrivez la population et la méthode d'échantillonnage] - Outils de recueil de données : [Questionnaire, entretien, observation] - Déroulement de l'étude : [Décrivez les étapes] - Considérations éthiques : [Anonymat, consentement] RÉSULTATS - Présentation des résultats : [Organisez les résultats selon vos objectifs] - Analyse des données : [Interprétez les résultats] - Illustrations : [Tableaux, graphiques] DISCUSSION - Interprétation des résultats : [Confrontez aux hypothèses] - Comparaison avec la littérature : [Mettez en perspective] - Limites de l'étude : [Reconnaissez les limites] - Implications pour la pratique : [Proposez des recommandations] CONCLUSION - Rappel des points clés : [Synthétisez] - Réponse à la question de recherche : [Apportez une réponse] - Perspectives : [Ouvrez des pistes] RÉFÉRENCES BIBLIOGRAPHIQUES - Liste alphabétique des références selon le style demandé. ANNEXES - Documents complémentaires : [Questionnaires, consentements, etc.]</w:t>
      </w:r>
    </w:p>
    <w:p>
      <w:pPr>
        <w:pStyle w:val="Heading1"/>
      </w:pPr>
      <w:r>
        <w:t>Checklist</w:t>
      </w:r>
    </w:p>
    <w:p>
      <w:r>
        <w:t>☐ Avoir validé le sujet avec le directeur de mémoire</w:t>
      </w:r>
    </w:p>
    <w:p>
      <w:r>
        <w:t>☐ Formuler une question de recherche claire</w:t>
      </w:r>
    </w:p>
    <w:p>
      <w:r>
        <w:t>☐ Réaliser une revue de littérature conséquente</w:t>
      </w:r>
    </w:p>
    <w:p>
      <w:r>
        <w:t>☐ Choisir une méthodologie adaptée</w:t>
      </w:r>
    </w:p>
    <w:p>
      <w:r>
        <w:t>☐ Respecter les normes éthiques</w:t>
      </w:r>
    </w:p>
    <w:p>
      <w:r>
        <w:t>☐ Présenter les résultats de manière structurée</w:t>
      </w:r>
    </w:p>
    <w:p>
      <w:r>
        <w:t>☐ Discuter les résultats en lien avec la littérature</w:t>
      </w:r>
    </w:p>
    <w:p>
      <w:r>
        <w:t>☐ Citer correctement les sources</w:t>
      </w:r>
    </w:p>
    <w:p>
      <w:r>
        <w:t>☐ Faire relire le mémoire par un pair</w:t>
      </w:r>
    </w:p>
    <w:p>
      <w:r>
        <w:t>☐ Respecter le calendrier de rédaction</w:t>
      </w:r>
    </w:p>
    <w:p>
      <w:pPr>
        <w:pStyle w:val="Heading1"/>
      </w:pPr>
      <w:r>
        <w:t>Questions fréquentes</w:t>
      </w:r>
    </w:p>
    <w:p>
      <w:r>
        <w:rPr>
          <w:b/>
        </w:rPr>
        <w:t>Puis-je utiliser ce plan pour tout type de mémoire infirmier ?</w:t>
      </w:r>
    </w:p>
    <w:p>
      <w:r>
        <w:t>Oui, ce plan est générique et peut être adapté à différents sujets (clinique, gestion, éducation). Cependant, vérifiez les exigences spécifiques de votre institut.</w:t>
      </w:r>
    </w:p>
    <w:p>
      <w:r>
        <w:rPr>
          <w:b/>
        </w:rPr>
        <w:t>Comment choisir ma méthodologie ?</w:t>
      </w:r>
    </w:p>
    <w:p>
      <w:r>
        <w:t>La méthodologie dépend de votre question de recherche. Pour une étude exploratoire, une approche qualitative est souvent adaptée ; pour mesurer un phénomène, préférez une approche quantitative. Discutez-en avec votre directeur.</w:t>
      </w:r>
    </w:p>
    <w:p>
      <w:r>
        <w:rPr>
          <w:b/>
        </w:rPr>
        <w:t>Quelles sont les erreurs courantes à éviter ?</w:t>
      </w:r>
    </w:p>
    <w:p>
      <w:r>
        <w:t>Les erreurs fréquentes incluent un sujet trop large, une revue de littérature insuffisante, une méthodologie mal justifiée, et des oublis éthiques. Utilisez ce plan pour structurer votre travail et évitez ces pièges.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