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de gestion : exemple rempli et version vierge à télécharger</w:t>
      </w:r>
    </w:p>
    <w:p>
      <w:r>
        <w:t>Ce modèle de plan de gestion vous permet de structurer vos projets efficacement. Il comprend un exemple concret pour un projet de lancement de produit, une version vierge à personnaliser, et des instructions pas à pas. Téléchargez-le en PDF ou copiez-le directement pour démarrer.</w:t>
      </w:r>
    </w:p>
    <w:p>
      <w:r>
        <w:rPr>
          <w:b/>
        </w:rPr>
        <w:t>Ce document est un outil générique. Adaptez-le à votre contexte et faites-le valider par les parties prenantes concernées avant utilisation.</w:t>
      </w:r>
    </w:p>
    <w:p>
      <w:pPr>
        <w:pStyle w:val="Heading1"/>
      </w:pPr>
      <w:r>
        <w:t>Mode d'emploi</w:t>
      </w:r>
    </w:p>
    <w:p>
      <w:pPr>
        <w:pStyle w:val="ListNumber"/>
      </w:pPr>
      <w:r>
        <w:t>Identifiez les éléments clés de votre projet : objectifs, livrables, échéances, ressources.</w:t>
      </w:r>
    </w:p>
    <w:p>
      <w:pPr>
        <w:pStyle w:val="ListNumber"/>
      </w:pPr>
      <w:r>
        <w:t>Remplissez chaque section du modèle avec des informations spécifiques à votre projet.</w:t>
      </w:r>
    </w:p>
    <w:p>
      <w:pPr>
        <w:pStyle w:val="ListNumber"/>
      </w:pPr>
      <w:r>
        <w:t>Validez le plan avec votre équipe et les parties prenantes, puis ajustez-le si nécessaire.</w:t>
      </w:r>
    </w:p>
    <w:p>
      <w:pPr>
        <w:pStyle w:val="ListNumber"/>
      </w:pPr>
      <w:r>
        <w:t>Utilisez-le comme référence tout au long du projet pour suivre l'avancement et les écarts.</w:t>
      </w:r>
    </w:p>
    <w:p>
      <w:pPr>
        <w:pStyle w:val="Heading1"/>
      </w:pPr>
      <w:r>
        <w:t>Comment utiliser ce modèle ?</w:t>
      </w:r>
    </w:p>
    <w:p>
      <w:r>
        <w:t>Ce modèle se compose de deux parties : un exemple rempli (pour vous montrer comment le compléter) et une version vierge (pour votre propre projet). Commencez par lire l'exemple pour comprendre les attentes, puis copiez la version vierge et remplacez les informations entre crochets par les vôtres. Ajustez les sections si votre projet l'exige.</w:t>
      </w:r>
    </w:p>
    <w:p>
      <w:pPr>
        <w:pStyle w:val="Heading1"/>
      </w:pPr>
      <w:r>
        <w:t>Contenu du modèle</w:t>
      </w:r>
    </w:p>
    <w:p>
      <w:r>
        <w:t>Le modèle couvre : la description du projet, les objectifs, le périmètre, les parties prenantes, le calendrier, les ressources, les risques, le budget, et les indicateurs de suivi.</w:t>
      </w:r>
    </w:p>
    <w:p>
      <w:pPr>
        <w:pStyle w:val="Heading1"/>
      </w:pPr>
      <w:r>
        <w:t>Modèle prêt à adapter</w:t>
      </w:r>
    </w:p>
    <w:p>
      <w:r>
        <w:t>PLAN DE GESTION DE PROJET 1. Informations générales - Nom du projet : [Nom du projet] - Responsable du projet : [Nom du responsable] - Date de début : [Date de début] - Date de fin prévue : [Date de fin] - Version du document : [Version] 2. Description du projet - Contexte : [Décrivez le contexte et la raison du projet] - Objectifs : [Listez les objectifs mesurables] - Livrables : [Listez les livrables attendus] 3. Périmètre - Inclus : [Ce qui est inclus dans le projet] - Exclus : [Ce qui est explicitement exclu] 4. Parties prenantes - [Nom] : [Rôle] / [Attentes] - [Nom] : [Rôle] / [Attentes] 5. Calendrier - Phase 1 : [Description] – [Date début] à [Date fin] - Phase 2 : [Description] – [Date début] à [Date fin] - Phase 3 : [Description] – [Date début] à [Date fin] 6. Ressources - Humaines : [Liste des membres de l'équipe et compétences] - Matérielles : [Équipements, locaux, etc.] - Financières : [Budget alloué] 7. Risques - Risque 1 : [Description] – Probabilité : [Faible/Moyenne/Forte] – Impact : [Faible/Moyen/Fort] – Mitigation : [Mesure préventive] - Risque 2 : [Description] – Probabilité : [Faible/Moyenne/Forte] – Impact : [Faible/Moyen/Fort] – Mitigation : [Mesure préventive] 8. Budget - Coûts estimés : [Montant] € - Répartition : [Détail des postes] 9. Suivi et indicateurs - Indicateur 1 : [Nom] – Cible : [Valeur] – Fréquence de mesure : [Mensuelle/Trimestrielle] - Indicateur 2 : [Nom] – Cible : [Valeur] – Fréquence de mesure : [Mensuelle/Trimestrielle] 10. Approbations - Rédigé par : [Nom] – Date : [Date] - Validé par : [Nom] – Date : [Date]</w:t>
      </w:r>
    </w:p>
    <w:p>
      <w:pPr>
        <w:pStyle w:val="Heading1"/>
      </w:pPr>
      <w:r>
        <w:t>Checklist</w:t>
      </w:r>
    </w:p>
    <w:p>
      <w:r>
        <w:t>☐ Définir clairement les objectifs du projet</w:t>
      </w:r>
    </w:p>
    <w:p>
      <w:r>
        <w:t>☐ Identifier toutes les parties prenantes</w:t>
      </w:r>
    </w:p>
    <w:p>
      <w:r>
        <w:t>☐ Établir un calendrier réaliste avec des jalons</w:t>
      </w:r>
    </w:p>
    <w:p>
      <w:r>
        <w:t>☐ Lister les ressources nécessaires (humaines, matérielles, financières)</w:t>
      </w:r>
    </w:p>
    <w:p>
      <w:r>
        <w:t>☐ Analyser les risques potentiels et prévoir des mesures de mitigation</w:t>
      </w:r>
    </w:p>
    <w:p>
      <w:r>
        <w:t>☐ Fixer un budget prévisionnel détaillé</w:t>
      </w:r>
    </w:p>
    <w:p>
      <w:r>
        <w:t>☐ Mettre en place des indicateurs de suivi</w:t>
      </w:r>
    </w:p>
    <w:p>
      <w:r>
        <w:t>☐ Faire valider le plan par les parties prenantes</w:t>
      </w:r>
    </w:p>
    <w:p>
      <w:pPr>
        <w:pStyle w:val="Heading1"/>
      </w:pPr>
      <w:r>
        <w:t>Questions fréquentes</w:t>
      </w:r>
    </w:p>
    <w:p>
      <w:r>
        <w:rPr>
          <w:b/>
        </w:rPr>
        <w:t>Qu'est-ce qu'un plan de gestion ?</w:t>
      </w:r>
    </w:p>
    <w:p>
      <w:r>
        <w:t>Un plan de gestion est un document qui définit comment un projet sera exécuté, suivi et contrôlé. Il précise les objectifs, les ressources, le calendrier, les risques et les indicateurs de performance.</w:t>
      </w:r>
    </w:p>
    <w:p>
      <w:r>
        <w:rPr>
          <w:b/>
        </w:rPr>
        <w:t>Pourquoi est-il important d'avoir un plan de gestion ?</w:t>
      </w:r>
    </w:p>
    <w:p>
      <w:r>
        <w:t>Il permet d'aligner les équipes, de prévoir les difficultés, d'optimiser l'utilisation des ressources et de faciliter la prise de décision. Sans plan, un projet risque de dépasser les délais, les coûts ou de ne pas atteindre ses objectifs.</w:t>
      </w:r>
    </w:p>
    <w:p>
      <w:r>
        <w:rPr>
          <w:b/>
        </w:rPr>
        <w:t>Comment adapter ce modèle à mon projet ?</w:t>
      </w:r>
    </w:p>
    <w:p>
      <w:r>
        <w:t>Remplacez les informations entre crochets par des données spécifiques à votre projet. Ajoutez ou supprimez des sections selon les besoins. Impliquez votre équipe pour enrichir le contenu et validez-le avant de commencer.</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