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d'Action Marketing à Télécharger (PDF et copiable)</w:t>
      </w:r>
    </w:p>
    <w:p>
      <w:r>
        <w:t>Ce modèle de plan d'action marketing vous permet de structurer vos actions commerciales et de suivre leur mise en œuvre. Téléchargez la version PDF ou copiez le texte ci-dessous pour l'adapter à votre projet.</w:t>
      </w:r>
    </w:p>
    <w:p>
      <w:r>
        <w:rPr>
          <w:b/>
        </w:rPr>
        <w:t>Ce document est fourni à titre d'exemple. Adaptez-le à votre contexte et à vos objectifs. Aucune garantie de résultats n'est associée à ce modèle.</w:t>
      </w:r>
    </w:p>
    <w:p>
      <w:pPr>
        <w:pStyle w:val="Heading1"/>
      </w:pPr>
      <w:r>
        <w:t>Mode d'emploi</w:t>
      </w:r>
    </w:p>
    <w:p>
      <w:pPr>
        <w:pStyle w:val="ListNumber"/>
      </w:pPr>
      <w:r>
        <w:t>Identifiez vos objectifs marketing (par exemple : augmenter les ventes de 20 % en 6 mois).</w:t>
      </w:r>
    </w:p>
    <w:p>
      <w:pPr>
        <w:pStyle w:val="ListNumber"/>
      </w:pPr>
      <w:r>
        <w:t>Définissez votre cible : qui sont vos clients idéaux ? Quels sont leurs besoins ?</w:t>
      </w:r>
    </w:p>
    <w:p>
      <w:pPr>
        <w:pStyle w:val="ListNumber"/>
      </w:pPr>
      <w:r>
        <w:t>Choisissez les actions concrètes : canaux (réseaux sociaux, e-mailing, publicité), contenu, événements.</w:t>
      </w:r>
    </w:p>
    <w:p>
      <w:pPr>
        <w:pStyle w:val="ListNumber"/>
      </w:pPr>
      <w:r>
        <w:t>Planifiez le calendrier : pour chaque action, définissez une date de début et de fin.</w:t>
      </w:r>
    </w:p>
    <w:p>
      <w:pPr>
        <w:pStyle w:val="ListNumber"/>
      </w:pPr>
      <w:r>
        <w:t>Allouez un budget réaliste à chaque action et suivez les dépenses.</w:t>
      </w:r>
    </w:p>
    <w:p>
      <w:pPr>
        <w:pStyle w:val="ListNumber"/>
      </w:pPr>
      <w:r>
        <w:t>Désignez un responsable pour chaque action et définissez des indicateurs de performance (KPI).</w:t>
      </w:r>
    </w:p>
    <w:p>
      <w:pPr>
        <w:pStyle w:val="Heading1"/>
      </w:pPr>
      <w:r>
        <w:t>Comment utiliser ce modèle</w:t>
      </w:r>
    </w:p>
    <w:p>
      <w:r>
        <w:t>Ce modèle se compose de trois parties : les objectifs, les actions et le suivi. Commencez par remplir les objectifs généraux, puis détaillez chaque action dans le tableau. Enfin, utilisez la colonne de suivi pour noter l'avancement et les résultats.</w:t>
      </w:r>
    </w:p>
    <w:p>
      <w:pPr>
        <w:pStyle w:val="Heading1"/>
      </w:pPr>
      <w:r>
        <w:t>Exemple de plan d'action marketing</w:t>
      </w:r>
    </w:p>
    <w:p>
      <w:r>
        <w:t>Objectif : augmenter le trafic web de 30 % en 3 mois. Action : publier 2 articles de blog par semaine. Responsable : Marie. Budget : 0 € (temps interne). Calendrier : du 1er mars au 31 mai. KPI : nombre de visites mensuelles.</w:t>
      </w:r>
    </w:p>
    <w:p>
      <w:pPr>
        <w:pStyle w:val="Heading1"/>
      </w:pPr>
      <w:r>
        <w:t>Modèle prêt à adapter</w:t>
      </w:r>
    </w:p>
    <w:p>
      <w:r>
        <w:t>PLAN D'ACTION MARKETING Entreprise : [Nom de l'entreprise] Date : [Date] Objectifs marketing : 1. [Objectif 1] 2. [Objectif 2] 3. [Objectif 3] Actions : | Action | Description | Cible | Canal | Responsable | Date début | Date fin | Budget | KPI | Suivi | |--------|-------------|-------|-------|-------------|------------|----------|--------|-----|-------| | [Action 1] | [Description] | [Cible] | [Canal] | [Responsable] | [Date début] | [Date fin] | [Montant] | [KPI] | [Statut] | | [Action 2] | [Description] | [Cible] | [Canal] | [Responsable] | [Date début] | [Date fin] | [Montant] | [KPI] | [Statut] | | [Action 3] | [Description] | [Cible] | [Canal] | [Responsable] | [Date début] | [Date fin] | [Montant] | [KPI] | [Statut] | Suivi et évaluation : - [Indicateur de résultat] - [Commentaires]</w:t>
      </w:r>
    </w:p>
    <w:p>
      <w:pPr>
        <w:pStyle w:val="Heading1"/>
      </w:pPr>
      <w:r>
        <w:t>Checklist</w:t>
      </w:r>
    </w:p>
    <w:p>
      <w:r>
        <w:t>☐ Objectifs SMART (spécifiques, mesurables, atteignables, pertinents, temporels)</w:t>
      </w:r>
    </w:p>
    <w:p>
      <w:r>
        <w:t>☐ Cible clairement définie</w:t>
      </w:r>
    </w:p>
    <w:p>
      <w:r>
        <w:t>☐ Actions détaillées avec description</w:t>
      </w:r>
    </w:p>
    <w:p>
      <w:r>
        <w:t>☐ Responsable désigné pour chaque action</w:t>
      </w:r>
    </w:p>
    <w:p>
      <w:r>
        <w:t>☐ Calendrier réaliste</w:t>
      </w:r>
    </w:p>
    <w:p>
      <w:r>
        <w:t>☐ Budget alloué</w:t>
      </w:r>
    </w:p>
    <w:p>
      <w:r>
        <w:t>☐ KPI définis pour mesurer le succès</w:t>
      </w:r>
    </w:p>
    <w:p>
      <w:r>
        <w:t>☐ Révision périodique du plan</w:t>
      </w:r>
    </w:p>
    <w:p>
      <w:pPr>
        <w:pStyle w:val="Heading1"/>
      </w:pPr>
      <w:r>
        <w:t>Questions fréquentes</w:t>
      </w:r>
    </w:p>
    <w:p>
      <w:r>
        <w:rPr>
          <w:b/>
        </w:rPr>
        <w:t>Pourquoi un plan d'action marketing est-il important ?</w:t>
      </w:r>
    </w:p>
    <w:p>
      <w:r>
        <w:t>Il permet de structurer vos efforts marketing, de définir des priorités, d'allouer les ressources efficacement et de suivre les progrès vers vos objectifs.</w:t>
      </w:r>
    </w:p>
    <w:p>
      <w:r>
        <w:rPr>
          <w:b/>
        </w:rPr>
        <w:t>Comment mesurer l'efficacité de mon plan ?</w:t>
      </w:r>
    </w:p>
    <w:p>
      <w:r>
        <w:t>Utilisez des KPI (indicateurs clés de performance) comme le trafic web, le taux de conversion, le nombre de leads, ou le retour sur investissement (ROI). Comparez les résultats avec vos objectifs.</w:t>
      </w:r>
    </w:p>
    <w:p>
      <w:r>
        <w:rPr>
          <w:b/>
        </w:rPr>
        <w:t>Puis-je utiliser ce modèle pour une petite entreprise ?</w:t>
      </w:r>
    </w:p>
    <w:p>
      <w:r>
        <w:t>Oui, ce modèle est flexible et peut être adapté à toute taille d'entreprise. Ajustez le nombre d'actions et le budget selon vos moyens.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