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Pack de Modèles de SMS Professionnels Gratuits : Télécharger</w:t>
      </w:r>
    </w:p>
    <w:p>
      <w:r>
        <w:t>Ce pack contient 10 modèles de SMS professionnels prêts à l'emploi pour vos échanges quotidiens : relances, confirmations, annulations, etc. Téléchargez le fichier et adaptez chaque modèle à votre situation.</w:t>
      </w:r>
    </w:p>
    <w:p>
      <w:r>
        <w:rPr>
          <w:b/>
        </w:rPr>
        <w:t>Ces modèles sont fournis à titre d'exemple. Personnalisez-les avec vos informations et adaptez le ton à votre relation avec le destinataire.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pack de modèles (PDF ou Word).</w:t>
      </w:r>
    </w:p>
    <w:p>
      <w:pPr>
        <w:pStyle w:val="ListNumber"/>
      </w:pPr>
      <w:r>
        <w:t>Choisissez le modèle correspondant à votre besoin.</w:t>
      </w:r>
    </w:p>
    <w:p>
      <w:pPr>
        <w:pStyle w:val="ListNumber"/>
      </w:pPr>
      <w:r>
        <w:t>Remplacez les champs entre crochets par vos informations.</w:t>
      </w:r>
    </w:p>
    <w:p>
      <w:pPr>
        <w:pStyle w:val="ListNumber"/>
      </w:pPr>
      <w:r>
        <w:t>Envoyez le SMS via votre messagerie professionnelle.</w:t>
      </w:r>
    </w:p>
    <w:p>
      <w:pPr>
        <w:pStyle w:val="Heading1"/>
      </w:pPr>
      <w:r>
        <w:t>Contenu du pack</w:t>
      </w:r>
    </w:p>
    <w:p>
      <w:r>
        <w:t>Le pack comprend des modèles pour : confirmation de rendez-vous, relance de paiement, annulation de réunion, rappel d'échéance, message de bienvenue, réponse à une demande, suivi après un entretien, notification de livraison, demande de disponibilité, et message de remerciement.</w:t>
      </w:r>
    </w:p>
    <w:p>
      <w:pPr>
        <w:pStyle w:val="Heading1"/>
      </w:pPr>
      <w:r>
        <w:t>Conseils d'adaptation</w:t>
      </w:r>
    </w:p>
    <w:p>
      <w:r>
        <w:t>Personnalisez chaque SMS avec le nom du destinataire, votre nom et vos coordonnées. Adaptez le ton (formel ou informel) selon votre relation. Vérifiez l'orthographe et la clarté avant l'envoi.</w:t>
      </w:r>
    </w:p>
    <w:p>
      <w:pPr>
        <w:pStyle w:val="Heading1"/>
      </w:pPr>
      <w:r>
        <w:t>Modèle prêt à adapter</w:t>
      </w:r>
    </w:p>
    <w:p>
      <w:r>
        <w:t>MODÈLE 1 : CONFIRMATION DE RENDEZ-VOUS Bonjour [Prénom], je vous confirme notre rendez-vous du [Date] à [Heure] à [Lieu]. Merci de me confirmer votre présence. Cordialement, [Votre Nom]</w:t>
      </w:r>
    </w:p>
    <w:p>
      <w:pPr>
        <w:pStyle w:val="Heading1"/>
      </w:pPr>
      <w:r>
        <w:t>Checklist</w:t>
      </w:r>
    </w:p>
    <w:p>
      <w:r>
        <w:t>☐ Nom du destinataire</w:t>
      </w:r>
    </w:p>
    <w:p>
      <w:r>
        <w:t>☐ Votre nom et fonction</w:t>
      </w:r>
    </w:p>
    <w:p>
      <w:r>
        <w:t>☐ Date et heure</w:t>
      </w:r>
    </w:p>
    <w:p>
      <w:r>
        <w:t>☐ Lieu ou modalité (téléphone, visio)</w:t>
      </w:r>
    </w:p>
    <w:p>
      <w:r>
        <w:t>☐ Objet clair du message</w:t>
      </w:r>
    </w:p>
    <w:p>
      <w:r>
        <w:t>☐ Formule de politesse adaptée</w:t>
      </w:r>
    </w:p>
    <w:p>
      <w:pPr>
        <w:pStyle w:val="Heading1"/>
      </w:pPr>
      <w:r>
        <w:t>Questions fréquentes</w:t>
      </w:r>
    </w:p>
    <w:p>
      <w:r>
        <w:rPr>
          <w:b/>
        </w:rPr>
        <w:t>Puis-je utiliser ces SMS pour un usage commercial ?</w:t>
      </w:r>
    </w:p>
    <w:p>
      <w:r>
        <w:t>Oui, mais assurez-vous de respecter la réglementation sur les communications commerciales (consentement, mention de la possibilité de se désabonner).</w:t>
      </w:r>
    </w:p>
    <w:p>
      <w:r>
        <w:rPr>
          <w:b/>
        </w:rPr>
        <w:t>Comment rendre un SMS professionnel plus personnel ?</w:t>
      </w:r>
    </w:p>
    <w:p>
      <w:r>
        <w:t>Ajoutez une phrase personnalisée en lien avec le contexte, par exemple une référence à un échange précédent ou un détail spécifique.</w:t>
      </w:r>
    </w:p>
    <w:p>
      <w:r>
        <w:rPr>
          <w:b/>
        </w:rPr>
        <w:t>Quelle est la longueur idéale d'un SMS professionnel ?</w:t>
      </w:r>
    </w:p>
    <w:p>
      <w:r>
        <w:t>En général, un SMS professionnel doit être concis : entre 20 et 40 mots. Allez à l'essentiel et évitez les informations superflues.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