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Organiser une activité collective : guide pratique</w:t>
      </w:r>
    </w:p>
    <w:p>
      <w:r>
        <w:t>Organiser une activité collective réussie demande une préparation méthodique. Ce guide vous propose une checklist complète et des étapes claires pour planifier, animer et évaluer votre événement, que ce soit en entreprise, à l'école ou en association.</w:t>
      </w:r>
    </w:p>
    <w:p>
      <w:r>
        <w:rPr>
          <w:b/>
        </w:rPr>
        <w:t>Ce guide est générique et ne remplace pas les conseils d'un professionnel de l'événementiel. Adaptez les étapes à votre contexte et tenez compte des contraintes logistiques, budgétaires et réglementaires.</w:t>
      </w:r>
    </w:p>
    <w:p>
      <w:pPr>
        <w:pStyle w:val="Heading1"/>
      </w:pPr>
      <w:r>
        <w:t>Mode d'emploi</w:t>
      </w:r>
    </w:p>
    <w:p>
      <w:pPr>
        <w:pStyle w:val="ListNumber"/>
      </w:pPr>
      <w:r>
        <w:t>Définir les objectifs de l'activité (cohésion, formation, célébration).</w:t>
      </w:r>
    </w:p>
    <w:p>
      <w:pPr>
        <w:pStyle w:val="ListNumber"/>
      </w:pPr>
      <w:r>
        <w:t>Choisir le type d'activité adapté au groupe et aux objectifs.</w:t>
      </w:r>
    </w:p>
    <w:p>
      <w:pPr>
        <w:pStyle w:val="ListNumber"/>
      </w:pPr>
      <w:r>
        <w:t>Planifier la logistique : lieu, date, budget, matériel, transport.</w:t>
      </w:r>
    </w:p>
    <w:p>
      <w:pPr>
        <w:pStyle w:val="ListNumber"/>
      </w:pPr>
      <w:r>
        <w:t>Préparer l'animation : programme, rôles, outils.</w:t>
      </w:r>
    </w:p>
    <w:p>
      <w:pPr>
        <w:pStyle w:val="ListNumber"/>
      </w:pPr>
      <w:r>
        <w:t>Communiquer auprès des participants et recueillir les inscriptions.</w:t>
      </w:r>
    </w:p>
    <w:p>
      <w:pPr>
        <w:pStyle w:val="ListNumber"/>
      </w:pPr>
      <w:r>
        <w:t>Évaluer l'activité après coup pour améliorer les prochaines.</w:t>
      </w:r>
    </w:p>
    <w:p>
      <w:pPr>
        <w:pStyle w:val="Heading1"/>
      </w:pPr>
      <w:r>
        <w:t>Checklist d'organisation</w:t>
      </w:r>
    </w:p>
    <w:p>
      <w:r>
        <w:t>Téléchargez la checklist complète ci-dessous. Elle couvre les aspects essentiels : objectifs, budget, lieu, autorisations, communication, matériel, animation, sécurité, et évaluation.</w:t>
      </w:r>
    </w:p>
    <w:p>
      <w:pPr>
        <w:pStyle w:val="Heading1"/>
      </w:pPr>
      <w:r>
        <w:t>Exemple de déroulé</w:t>
      </w:r>
    </w:p>
    <w:p>
      <w:r>
        <w:t>Voici un exemple de déroulé pour une journée de team building : 9h00 accueil café, 9h30 ice-breaker, 10h00 ateliers en équipes, 12h30 déjeuner, 14h00 activité extérieure, 16h00 debriefing, 17h00 clôture.</w:t>
      </w:r>
    </w:p>
    <w:p>
      <w:pPr>
        <w:pStyle w:val="Heading1"/>
      </w:pPr>
      <w:r>
        <w:t>Modèle prêt à adapter</w:t>
      </w:r>
    </w:p>
    <w:p>
      <w:r>
        <w:t>CHECKLIST POUR ORGANISER UNE ACTIVITÉ COLLECTIVE 1. DÉFINIR LES OBJECTIFS - [ ] Quel est le but principal ? (renforcer la cohésion, développer des compétences, célébrer une réussite) - [ ] Quels résultats attendus ? - [ ] Qui est le public cible ? (équipe, classe, association) 2. CHOISIR LE TYPE D'ACTIVITÉ - [ ] Activité en intérieur/extérieur ? - [ ] Activité sportive, créative, ludique, solidaire ? - [ ] Durée prévue : [ ] 2h [ ] demi-journée [ ] journée - [ ] Budget alloué : [Montant] 3. PLANIFIER LA LOGISTIQUE - [ ] Lieu : [Nom, adresse] - [ ] Date et heure : [Date, heure] - [ ] Transport : [Moyen, réservation] - [ ] Matériel nécessaire : [Liste] - [ ] Autorisations éventuelles (mairie, propriétaire, etc.) 4. PRÉPARER L'ANIMATION - [ ] Programme détaillé : [Heure, activité, responsable] - [ ] Rôles et responsabilités : [Animateur, assistant, secouriste] - [ ] Supports : [Présentation, fiches, badges] 5. COMMUNIQUER - [ ] Annonce de l'événement : [Date d'envoi, canal] - [ ] Inscriptions : [Date limite, méthode] - [ ] Rappel aux participants : [Date, canal] 6. GÉRER LE JOUR J - [ ] Arrivée des participants : [Horaire] - [ ] Accueil et émargement - [ ] Briefing de sécurité - [ ] Déroulement des activités - [ ] Gestion des imprévus : [Plan B] 7. ÉVALUER - [ ] Questionnaire de satisfaction - [ ] Debriefing avec l'équipe organisatrice - [ ] Bilan écrit : [Points positifs, axes d'amélioration]</w:t>
      </w:r>
    </w:p>
    <w:p>
      <w:pPr>
        <w:pStyle w:val="Heading1"/>
      </w:pPr>
      <w:r>
        <w:t>Checklist</w:t>
      </w:r>
    </w:p>
    <w:p>
      <w:r>
        <w:t>☐ Objectifs clairement définis</w:t>
      </w:r>
    </w:p>
    <w:p>
      <w:r>
        <w:t>☐ Type d'activité choisi</w:t>
      </w:r>
    </w:p>
    <w:p>
      <w:r>
        <w:t>☐ Budget estimé et validé</w:t>
      </w:r>
    </w:p>
    <w:p>
      <w:r>
        <w:t>☐ Lieu réservé et adapté</w:t>
      </w:r>
    </w:p>
    <w:p>
      <w:r>
        <w:t>☐ Date et heure fixées</w:t>
      </w:r>
    </w:p>
    <w:p>
      <w:r>
        <w:t>☐ Transport organisé</w:t>
      </w:r>
    </w:p>
    <w:p>
      <w:r>
        <w:t>☐ Matériel préparé</w:t>
      </w:r>
    </w:p>
    <w:p>
      <w:r>
        <w:t>☐ Autorisations obtenues</w:t>
      </w:r>
    </w:p>
    <w:p>
      <w:r>
        <w:t>☐ Programme détaillé et horaires</w:t>
      </w:r>
    </w:p>
    <w:p>
      <w:r>
        <w:t>☐ Communication et inscriptions gérées</w:t>
      </w:r>
    </w:p>
    <w:p>
      <w:r>
        <w:t>☐ Plan de sécurité prévu</w:t>
      </w:r>
    </w:p>
    <w:p>
      <w:r>
        <w:t>☐ Évaluation planifiée</w:t>
      </w:r>
    </w:p>
    <w:p>
      <w:pPr>
        <w:pStyle w:val="Heading1"/>
      </w:pPr>
      <w:r>
        <w:t>Questions fréquentes</w:t>
      </w:r>
    </w:p>
    <w:p>
      <w:r>
        <w:rPr>
          <w:b/>
        </w:rPr>
        <w:t>Quel budget prévoir pour une activité collective ?</w:t>
      </w:r>
    </w:p>
    <w:p>
      <w:r>
        <w:t>Le budget varie selon le type d'activité, le nombre de participants et la localisation. Il peut aller de quelques centaines d'euros pour une activité simple en interne à plusieurs milliers pour un événement avec prestataire. Établissez un budget prévisionnel et ajustez en fonction des priorités.</w:t>
      </w:r>
    </w:p>
    <w:p>
      <w:r>
        <w:rPr>
          <w:b/>
        </w:rPr>
        <w:t>Comment gérer les participants réticents ?</w:t>
      </w:r>
    </w:p>
    <w:p>
      <w:r>
        <w:t>Communiquez sur les bénéfices de l'activité, proposez des options variées et impliquez les participants dans le choix. Le jour J, créez une ambiance bienveillante et laissez la possibilité de participer à leur rythme.</w:t>
      </w:r>
    </w:p>
    <w:p>
      <w:r>
        <w:rPr>
          <w:b/>
        </w:rPr>
        <w:t>Faut-il une assurance pour une activité collective ?</w:t>
      </w:r>
    </w:p>
    <w:p>
      <w:r>
        <w:t>Selon le cadre (entreprise, association), une assurance responsabilité civile peut être nécessaire. Vérifiez auprès de votre organisation et, si besoin, souscrivez une assurance spécifique pour l'événement. En cas de doute, consultez un professionnel.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