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5 Modèles PowerPoint Gratuits à Télécharger (PPTX)</w:t>
      </w:r>
    </w:p>
    <w:p>
      <w:r>
        <w:t>Découvrez notre sélection de 5 modèles PowerPoint professionnels et gratuits, prêts à télécharger au format PPTX. Chaque modèle est conçu pour vous faire gagner du temps et impressionner votre audience, que ce soit pour une réunion d'équipe, un pitch client ou une formation.</w:t>
      </w:r>
    </w:p>
    <w:p>
      <w:r>
        <w:rPr>
          <w:b/>
        </w:rPr>
        <w:t>Ces modèles sont fournis à titre d'exemple et peuvent être librement modifiés. Aucune garantie n'est offerte quant à leur compatibilité avec toutes les versions de PowerPoint.</w:t>
      </w:r>
    </w:p>
    <w:p>
      <w:pPr>
        <w:pStyle w:val="Heading1"/>
      </w:pPr>
      <w:r>
        <w:t>Mode d'emploi</w:t>
      </w:r>
    </w:p>
    <w:p>
      <w:pPr>
        <w:pStyle w:val="ListNumber"/>
      </w:pPr>
      <w:r>
        <w:t>Choisissez le modèle qui correspond le mieux à votre besoin (entreprise, créatif, minimaliste, etc.).</w:t>
      </w:r>
    </w:p>
    <w:p>
      <w:pPr>
        <w:pStyle w:val="ListNumber"/>
      </w:pPr>
      <w:r>
        <w:t>Cliquez sur le lien de téléchargement pour obtenir le fichier PPTX.</w:t>
      </w:r>
    </w:p>
    <w:p>
      <w:pPr>
        <w:pStyle w:val="ListNumber"/>
      </w:pPr>
      <w:r>
        <w:t>Ouvrez le fichier dans PowerPoint (ou un logiciel compatible).</w:t>
      </w:r>
    </w:p>
    <w:p>
      <w:pPr>
        <w:pStyle w:val="ListNumber"/>
      </w:pPr>
      <w:r>
        <w:t>Personnalisez les textes, couleurs et images selon votre contenu.</w:t>
      </w:r>
    </w:p>
    <w:p>
      <w:pPr>
        <w:pStyle w:val="ListNumber"/>
      </w:pPr>
      <w:r>
        <w:t>Enregistrez votre présentation et faites-la relire par un collègue avant de la présenter.</w:t>
      </w:r>
    </w:p>
    <w:p>
      <w:pPr>
        <w:pStyle w:val="Heading1"/>
      </w:pPr>
      <w:r>
        <w:t>Les 5 modèles disponibles</w:t>
      </w:r>
    </w:p>
    <w:p>
      <w:r>
        <w:t>1. Modèle Entreprise : design sobre avec des tons bleus et gris, idéal pour les réunions de direction ou les rapports annuels. 2. Modèle Créatif : couleurs vives et formes géométriques, parfait pour les présentations marketing ou les pitchs innovants. 3. Modèle Minimaliste : fond blanc, typographie épurée, adapté aux présentations académiques ou aux conférences. 4. Modèle Moderne : dégradés et icônes, pour un rendu dynamique. 5. Modèle Élégant : tons pastel et polices fines, pour les présentations de produits ou de services haut de gamme.</w:t>
      </w:r>
    </w:p>
    <w:p>
      <w:pPr>
        <w:pStyle w:val="Heading1"/>
      </w:pPr>
      <w:r>
        <w:t>Conseils de personnalisation</w:t>
      </w:r>
    </w:p>
    <w:p>
      <w:r>
        <w:t>Remplacez les textes de substitution par votre contenu. Utilisez les couleurs de votre charte graphique en modifiant les thèmes. Adaptez les polices pour garantir la lisibilité. Ajoutez vos propres images ou logos pour renforcer votre identité visuelle.</w:t>
      </w:r>
    </w:p>
    <w:p>
      <w:pPr>
        <w:pStyle w:val="Heading1"/>
      </w:pPr>
      <w:r>
        <w:t>Modèle prêt à adapter</w:t>
      </w:r>
    </w:p>
    <w:p>
      <w:r>
        <w:t>Modèle PowerPoint Entreprise - Diapositive 1 : Titre de la présentation [Votre titre] [Votre sous-titre] [Votre nom] [Date] Diapositive 2 : Plan - Introduction - Contexte - Objectifs - Développement - Conclusion Diapositive 3 : Contenu [Insérez ici votre texte ou vos visuels] Diapositive 4 : Graphique [Insérez un graphique pertinent] Diapositive 5 : Conclusion [Vos points clés] Diapositive 6 : Merci [Vos coordonnées]</w:t>
      </w:r>
    </w:p>
    <w:p>
      <w:pPr>
        <w:pStyle w:val="Heading1"/>
      </w:pPr>
      <w:r>
        <w:t>Checklist</w:t>
      </w:r>
    </w:p>
    <w:p>
      <w:r>
        <w:t>☐ Avoir téléchargé le modèle choisi</w:t>
      </w:r>
    </w:p>
    <w:p>
      <w:r>
        <w:t>☐ Ouvrir le fichier dans PowerPoint</w:t>
      </w:r>
    </w:p>
    <w:p>
      <w:r>
        <w:t>☐ Remplacer les textes par votre contenu</w:t>
      </w:r>
    </w:p>
    <w:p>
      <w:r>
        <w:t>☐ Adapter les couleurs à votre charte graphique</w:t>
      </w:r>
    </w:p>
    <w:p>
      <w:r>
        <w:t>☐ Insérer vos images et logos</w:t>
      </w:r>
    </w:p>
    <w:p>
      <w:r>
        <w:t>☐ Vérifier la cohérence des polices</w:t>
      </w:r>
    </w:p>
    <w:p>
      <w:r>
        <w:t>☐ Faire une relecture complète</w:t>
      </w:r>
    </w:p>
    <w:p>
      <w:r>
        <w:t>☐ Tester la présentation en mode diaporama</w:t>
      </w:r>
    </w:p>
    <w:p>
      <w:pPr>
        <w:pStyle w:val="Heading1"/>
      </w:pPr>
      <w:r>
        <w:t>Questions fréquentes</w:t>
      </w:r>
    </w:p>
    <w:p>
      <w:r>
        <w:rPr>
          <w:b/>
        </w:rPr>
        <w:t>Ces modèles sont-ils vraiment gratuits ?</w:t>
      </w:r>
    </w:p>
    <w:p>
      <w:r>
        <w:t>Oui, tous les modèles proposés sont gratuits et peuvent être téléchargés directement. Vous pouvez les utiliser pour des projets personnels ou professionnels sans restriction.</w:t>
      </w:r>
    </w:p>
    <w:p>
      <w:r>
        <w:rPr>
          <w:b/>
        </w:rPr>
        <w:t>Puis-je modifier les couleurs et les polices ?</w:t>
      </w:r>
    </w:p>
    <w:p>
      <w:r>
        <w:t>Absolument. Chaque modèle est entièrement personnalisable. Vous pouvez modifier les couleurs via l'onglet 'Création' de PowerPoint et changer les polices via l'onglet 'Accueil'.</w:t>
      </w:r>
    </w:p>
    <w:p>
      <w:r>
        <w:rPr>
          <w:b/>
        </w:rPr>
        <w:t>Les modèles fonctionnent-ils avec Google Slides ?</w:t>
      </w:r>
    </w:p>
    <w:p>
      <w:r>
        <w:t>Oui, la plupart des modèles PPTX sont compatibles avec Google Slides. Importez simplement le fichier dans Google Drive et ouvrez-le avec Google Slides. Certaines animations avancées peuvent ne pas être conservées.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