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Modèles de Mail de Prospection pour Proposer vos Services</w:t>
      </w:r>
    </w:p>
    <w:p>
      <w:r>
        <w:t>Découvrez des modèles de mail de prospection prêts à l'emploi, adaptés à différents secteurs et situations. Personnalisez-les selon votre activité et vos prospects pour augmenter vos chances de réponse.</w:t>
      </w:r>
    </w:p>
    <w:p>
      <w:r>
        <w:rPr>
          <w:b/>
        </w:rPr>
        <w:t>Ces modèles sont fournis à titre d'exemple. Adaptez-les à votre contexte et à votre secteur d'activité. Vérifiez la conformité avec la réglementation en vigueur (RGPD, mentions légales) avant envoi.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Identifiez votre prospect et son besoin.</w:t>
      </w:r>
    </w:p>
    <w:p>
      <w:pPr>
        <w:pStyle w:val="ListNumber"/>
      </w:pPr>
      <w:r>
        <w:t>Choisissez le modèle le plus adapté.</w:t>
      </w:r>
    </w:p>
    <w:p>
      <w:pPr>
        <w:pStyle w:val="ListNumber"/>
      </w:pPr>
      <w:r>
        <w:t>Personnalisez l'objet et le corps du mail avec des informations spécifiques.</w:t>
      </w:r>
    </w:p>
    <w:p>
      <w:pPr>
        <w:pStyle w:val="ListNumber"/>
      </w:pPr>
      <w:r>
        <w:t>Relisez et testez l'envoi.</w:t>
      </w:r>
    </w:p>
    <w:p>
      <w:pPr>
        <w:pStyle w:val="ListNumber"/>
      </w:pPr>
      <w:r>
        <w:t>Suivez les réponses et relancez si nécessaire.</w:t>
      </w:r>
    </w:p>
    <w:p>
      <w:pPr>
        <w:pStyle w:val="Heading1"/>
      </w:pPr>
      <w:r>
        <w:t>Modèle pour un premier contact</w:t>
      </w:r>
    </w:p>
    <w:p>
      <w:r>
        <w:t>Objet : Proposition de services [Votre domaine] pour [Nom de l'entreprise]</w:t>
        <w:br/>
        <w:br/>
        <w:t>Bonjour [Prénom],</w:t>
        <w:br/>
        <w:br/>
        <w:t>Je me permets de vous contacter car votre entreprise [Nom] m'a impressionné par [référence spécifique]. Fort de mon expérience en [domaine], je propose des services qui pourraient vous aider à [bénéfice].</w:t>
        <w:br/>
        <w:br/>
        <w:t>Seriez-vous disponible pour un échange de 15 minutes la semaine prochaine ?</w:t>
        <w:br/>
        <w:br/>
        <w:t>Cordialement,</w:t>
        <w:br/>
        <w:t>[Votre Nom]</w:t>
      </w:r>
    </w:p>
    <w:p>
      <w:pPr>
        <w:pStyle w:val="Heading1"/>
      </w:pPr>
      <w:r>
        <w:t>Modèle pour une offre spéciale</w:t>
      </w:r>
    </w:p>
    <w:p>
      <w:r>
        <w:t>Objet : Offre exclusive pour [Nom de l'entreprise]</w:t>
        <w:br/>
        <w:br/>
        <w:t>Bonjour [Prénom],</w:t>
        <w:br/>
        <w:br/>
        <w:t>En tant que [votre titre], j'ai développé une offre spéciale pour les entreprises comme la vôtre. Pendant une durée limitée, je propose [description de l'offre] à un tarif préférentiel.</w:t>
        <w:br/>
        <w:br/>
        <w:t>Pour en profiter, répondez simplement à cet email avant le [Date].</w:t>
        <w:br/>
        <w:br/>
        <w:t>Bien à vous,</w:t>
        <w:br/>
        <w:t>[Votre Nom]</w:t>
      </w:r>
    </w:p>
    <w:p>
      <w:pPr>
        <w:pStyle w:val="Heading1"/>
      </w:pPr>
      <w:r>
        <w:t>Modèle pour une relance</w:t>
      </w:r>
    </w:p>
    <w:p>
      <w:r>
        <w:t>Objet : Suite à mon précédent message</w:t>
        <w:br/>
        <w:br/>
        <w:t>Bonjour [Prénom],</w:t>
        <w:br/>
        <w:br/>
        <w:t>Je me permets de revenir vers vous suite à mon email du [Date]. Je reste convaincu que mes services peuvent apporter une réelle valeur ajoutée à votre entreprise.</w:t>
        <w:br/>
        <w:br/>
        <w:t>Si vous avez des questions ou souhaitez planifier un appel, n'hésitez pas à me le faire savoir.</w:t>
        <w:br/>
        <w:br/>
        <w:t>Cordialement,</w:t>
        <w:br/>
        <w:t>[Votre Nom]</w:t>
      </w:r>
    </w:p>
    <w:p>
      <w:pPr>
        <w:pStyle w:val="Heading1"/>
      </w:pPr>
      <w:r>
        <w:t>Modèle prêt à adapter</w:t>
      </w:r>
    </w:p>
    <w:p>
      <w:r>
        <w:t>Modèle 1 : Premier contact Objet : Proposition de services [Votre domaine] pour [Nom de l'entreprise] Bonjour [Prénom], Je me permets de vous contacter car votre entreprise [Nom] m'a impressionné par [référence spécifique]. Fort de mon expérience en [domaine], je propose des services qui pourraient vous aider à [bénéfice]. Seriez-vous disponible pour un échange de 15 minutes la semaine prochaine ? Cordialement, [Votre Nom] Modèle 2 : Offre spéciale Objet : Offre exclusive pour [Nom de l'entreprise] Bonjour [Prénom], En tant que [votre titre], j'ai développé une offre spéciale pour les entreprises comme la vôtre. Pendant une durée limitée, je propose [description de l'offre] à un tarif préférentiel. Pour en profiter, répondez simplement à cet email avant le [Date]. Bien à vous, [Votre Nom] Modèle 3 : Relance Objet : Suite à mon précédent message Bonjour [Prénom], Je me permets de revenir vers vous suite à mon email du [Date]. Je reste convaincu que mes services peuvent apporter une réelle valeur ajoutée à votre entreprise. Si vous avez des questions ou souhaitez planifier un appel, n'hésitez pas à me le faire savoir. Cordialement, [Votre Nom]</w:t>
      </w:r>
    </w:p>
    <w:p>
      <w:pPr>
        <w:pStyle w:val="Heading1"/>
      </w:pPr>
      <w:r>
        <w:t>Checklist</w:t>
      </w:r>
    </w:p>
    <w:p>
      <w:r>
        <w:t>☐ Personnalisez chaque mail avec le nom du destinataire.</w:t>
      </w:r>
    </w:p>
    <w:p>
      <w:r>
        <w:t>☐ Adaptez l'objet pour capter l'attention.</w:t>
      </w:r>
    </w:p>
    <w:p>
      <w:r>
        <w:t>☐ Mettez en avant un bénéfice concret pour le prospect.</w:t>
      </w:r>
    </w:p>
    <w:p>
      <w:r>
        <w:t>☐ Proposez un appel à l'action clair.</w:t>
      </w:r>
    </w:p>
    <w:p>
      <w:r>
        <w:t>☐ Relisez pour éviter les fautes.</w:t>
      </w:r>
    </w:p>
    <w:p>
      <w:r>
        <w:t>☐ Testez l'envoi sur vous-même.</w:t>
      </w:r>
    </w:p>
    <w:p>
      <w:r>
        <w:t>☐ Suivez les réponses et relancez si nécessaire.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efficacement un mail de prospection ?</w:t>
      </w:r>
    </w:p>
    <w:p>
      <w:r>
        <w:t>Utilisez le nom du destinataire, référencez un point précis de son entreprise (actualité, projet, réalisation) et adaptez votre offre à ses besoins spécifiques. Évitez les envois massifs sans personnalisation.</w:t>
      </w:r>
    </w:p>
    <w:p>
      <w:r>
        <w:rPr>
          <w:b/>
        </w:rPr>
        <w:t>Quelle est la longueur idéale d'un mail de prospection ?</w:t>
      </w:r>
    </w:p>
    <w:p>
      <w:r>
        <w:t>Gardez-le concis : 150 à 200 mots maximum. Allez droit au but, mettez en avant le bénéfice et proposez une action simple. Les prospects reçoivent beaucoup d'emails, soyez direct.</w:t>
      </w:r>
    </w:p>
    <w:p>
      <w:r>
        <w:rPr>
          <w:b/>
        </w:rPr>
        <w:t>Comment relancer sans être insistant ?</w:t>
      </w:r>
    </w:p>
    <w:p>
      <w:r>
        <w:t>Attendez 5 à 7 jours après le premier envoi. Dans votre relance, montrez que vous avez compris ses priorités et proposez une nouvelle perspective. Limitez-vous à 2 ou 3 relances maximum.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