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Modèles de Faire-Part de Mariage Gratuits à Imprimer (PDF)</w:t>
      </w:r>
    </w:p>
    <w:p>
      <w:r>
        <w:t>Téléchargez gratuitement nos modèles de faire-part de mariage en PDF, prêts à imprimer et faciles à personnaliser. Choisissez parmi trois styles : classique, moderne ou champêtre. Chaque modèle est accompagné d'instructions claires pour modifier le texte et l'imprimer chez vous.</w:t>
      </w:r>
    </w:p>
    <w:p>
      <w:r>
        <w:rPr>
          <w:b/>
        </w:rPr>
        <w:t>Ces modèles sont fournis à titre d'exemple. Pensez à vérifier les informations (date, lieu, etc.) avant impression. Pour un rendu optimal, utilisez du papier de qualité et une imprimante performante.</w:t>
      </w:r>
    </w:p>
    <w:p>
      <w:pPr>
        <w:pStyle w:val="Heading1"/>
      </w:pPr>
      <w:r>
        <w:t>Mode d'emploi</w:t>
      </w:r>
    </w:p>
    <w:p>
      <w:pPr>
        <w:pStyle w:val="ListNumber"/>
      </w:pPr>
      <w:r>
        <w:t>Téléchargez le modèle PDF de votre choix.</w:t>
      </w:r>
    </w:p>
    <w:p>
      <w:pPr>
        <w:pStyle w:val="ListNumber"/>
      </w:pPr>
      <w:r>
        <w:t>Ouvrez le fichier avec un logiciel de lecture PDF (comme Adobe Acrobat Reader).</w:t>
      </w:r>
    </w:p>
    <w:p>
      <w:pPr>
        <w:pStyle w:val="ListNumber"/>
      </w:pPr>
      <w:r>
        <w:t>Cliquez sur les zones de texte pré-remplies et remplacez-les par vos informations (noms, date, lieu).</w:t>
      </w:r>
    </w:p>
    <w:p>
      <w:pPr>
        <w:pStyle w:val="ListNumber"/>
      </w:pPr>
      <w:r>
        <w:t>Enregistrez le fichier modifié.</w:t>
      </w:r>
    </w:p>
    <w:p>
      <w:pPr>
        <w:pStyle w:val="ListNumber"/>
      </w:pPr>
      <w:r>
        <w:t>Imprimez le faire-part sur du papier épais (au moins 170g/m²).</w:t>
      </w:r>
    </w:p>
    <w:p>
      <w:pPr>
        <w:pStyle w:val="ListNumber"/>
      </w:pPr>
      <w:r>
        <w:t>Découpez si nécessaire et envoyez-les à vos invités.</w:t>
      </w:r>
    </w:p>
    <w:p>
      <w:pPr>
        <w:pStyle w:val="Heading1"/>
      </w:pPr>
      <w:r>
        <w:t>Modèle classique</w:t>
      </w:r>
    </w:p>
    <w:p>
      <w:r>
        <w:t>Un design élégant et intemporel avec des ornements floraux discrets. Parfait pour un mariage traditionnel. Téléchargement : [Lien vers le PDF classique]</w:t>
      </w:r>
    </w:p>
    <w:p>
      <w:pPr>
        <w:pStyle w:val="Heading1"/>
      </w:pPr>
      <w:r>
        <w:t>Modèle moderne</w:t>
      </w:r>
    </w:p>
    <w:p>
      <w:r>
        <w:t>Des lignes épurées et une typographie contemporaine pour un mariage urbain et tendance. Téléchargement : [Lien vers le PDF moderne]</w:t>
      </w:r>
    </w:p>
    <w:p>
      <w:pPr>
        <w:pStyle w:val="Heading1"/>
      </w:pPr>
      <w:r>
        <w:t>Modèle champêtre</w:t>
      </w:r>
    </w:p>
    <w:p>
      <w:r>
        <w:t>Des illustrations de feuillages et une palette de couleurs naturelles pour un mariage en plein air. Téléchargement : [Lien vers le PDF champêtre]</w:t>
      </w:r>
    </w:p>
    <w:p>
      <w:pPr>
        <w:pStyle w:val="Heading1"/>
      </w:pPr>
      <w:r>
        <w:t>Modèle prêt à adapter</w:t>
      </w:r>
    </w:p>
    <w:p>
      <w:r>
        <w:t>Modèle de faire-part (à personnaliser) : [Nom du marié] et [Nom de la mariée] ont le plaisir de vous annoncer leur mariage qui aura lieu le [Date] à [Heure] en l'église de [Ville] / au domaine de [Lieu] Suivi d'un vin d'honneur et d'un dîner dansant. Votre présence nous comblerait de joie. Merci de répondre avant le [Date limite] par téléphone au [Numéro] ou par email : [Email]</w:t>
      </w:r>
    </w:p>
    <w:p>
      <w:pPr>
        <w:pStyle w:val="Heading1"/>
      </w:pPr>
      <w:r>
        <w:t>Checklist</w:t>
      </w:r>
    </w:p>
    <w:p>
      <w:r>
        <w:t>☐ Vérifier l'orthographe des noms et des dates</w:t>
      </w:r>
    </w:p>
    <w:p>
      <w:r>
        <w:t>☐ Confirmer l'adresse exacte du lieu de réception</w:t>
      </w:r>
    </w:p>
    <w:p>
      <w:r>
        <w:t>☐ Prévoir une enveloppe adaptée au format du faire-part</w:t>
      </w:r>
    </w:p>
    <w:p>
      <w:r>
        <w:t>☐ Imprimer un test sur une feuille ordinaire avant l'impression finale</w:t>
      </w:r>
    </w:p>
    <w:p>
      <w:r>
        <w:t>☐ Utiliser du papier de qualité pour un rendu professionnel</w:t>
      </w:r>
    </w:p>
    <w:p>
      <w:r>
        <w:t>☐ Prévoir des timbres pour l'envoi postal</w:t>
      </w:r>
    </w:p>
    <w:p>
      <w:r>
        <w:t>☐ Envoyer les faire-part au moins 3 mois avant la date du mariage</w:t>
      </w:r>
    </w:p>
    <w:p>
      <w:pPr>
        <w:pStyle w:val="Heading1"/>
      </w:pPr>
      <w:r>
        <w:t>Questions fréquentes</w:t>
      </w:r>
    </w:p>
    <w:p>
      <w:r>
        <w:rPr>
          <w:b/>
        </w:rPr>
        <w:t>Puis-je modifier les modèles PDF ?</w:t>
      </w:r>
    </w:p>
    <w:p>
      <w:r>
        <w:t>Oui, les modèles sont conçus avec des champs de texte modifiables. Ouvrez-les dans un lecteur PDF comme Adobe Acrobat Reader et cliquez sur les zones de texte pour les personnaliser.</w:t>
      </w:r>
    </w:p>
    <w:p>
      <w:r>
        <w:rPr>
          <w:b/>
        </w:rPr>
        <w:t>Quel type de papier est recommandé pour l'impression ?</w:t>
      </w:r>
    </w:p>
    <w:p>
      <w:r>
        <w:t>Pour un faire-part de qualité, choisissez un papier épais (170g/m² ou plus) avec une finition mate ou brillante selon votre préférence. Les papiers texturés donnent un rendu plus élégant.</w:t>
      </w:r>
    </w:p>
    <w:p>
      <w:r>
        <w:rPr>
          <w:b/>
        </w:rPr>
        <w:t>Comment intégrer une photo dans le faire-part ?</w:t>
      </w:r>
    </w:p>
    <w:p>
      <w:r>
        <w:t>Les modèles de base ne contiennent pas de photo. Si vous souhaitez en ajouter une, vous pouvez utiliser un logiciel de retouche ou un traitement de texte pour insérer l'image dans le PDF avant l'impression.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