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Modèles de cartes de visite gratuits à télécharger (PDF haute résolution)</w:t>
      </w:r>
    </w:p>
    <w:p>
      <w:r>
        <w:t>Téléchargez gratuitement 5 modèles de cartes de visite au format PDF, prêts à imprimer (85x55mm). Chaque modèle a un design distinct : moderne, classique, créatif, minimaliste et professionnel. Des instructions d'impression sont incluses.</w:t>
      </w:r>
    </w:p>
    <w:p>
      <w:r>
        <w:rPr>
          <w:b/>
        </w:rPr>
        <w:t>Ces modèles sont fournis à titre d'exemple. Vérifiez les paramètres d'impression et les marges de votre imprimante pour un résultat optimal.</w:t>
      </w:r>
    </w:p>
    <w:p>
      <w:pPr>
        <w:pStyle w:val="Heading1"/>
      </w:pPr>
      <w:r>
        <w:t>Mode d'emploi</w:t>
      </w:r>
    </w:p>
    <w:p>
      <w:pPr>
        <w:pStyle w:val="ListNumber"/>
      </w:pPr>
      <w:r>
        <w:t>Choisissez le modèle qui correspond à votre image professionnelle.</w:t>
      </w:r>
    </w:p>
    <w:p>
      <w:pPr>
        <w:pStyle w:val="ListNumber"/>
      </w:pPr>
      <w:r>
        <w:t>Téléchargez le fichier PDF correspondant.</w:t>
      </w:r>
    </w:p>
    <w:p>
      <w:pPr>
        <w:pStyle w:val="ListNumber"/>
      </w:pPr>
      <w:r>
        <w:t>Ouvrez le fichier et personnalisez-le avec vos informations (nom, coordonnées, logo) à l'aide d'un logiciel de retouche ou d'édition PDF.</w:t>
      </w:r>
    </w:p>
    <w:p>
      <w:pPr>
        <w:pStyle w:val="ListNumber"/>
      </w:pPr>
      <w:r>
        <w:t>Imprimez sur du papier cartonné de bonne qualité, en respectant les marges de sécurité.</w:t>
      </w:r>
    </w:p>
    <w:p>
      <w:pPr>
        <w:pStyle w:val="Heading1"/>
      </w:pPr>
      <w:r>
        <w:t>Les 5 modèles disponibles</w:t>
      </w:r>
    </w:p>
    <w:p>
      <w:r>
        <w:t>1. Modèle Moderne : design épuré avec accent de couleur. 2. Modèle Classique : typographie sobre et élégante. 3. Modèle Créatif : formes et couleurs originales. 4. Modèle Minimaliste : beaucoup d'espace blanc. 5. Modèle Professionnel : mise en page structurée.</w:t>
      </w:r>
    </w:p>
    <w:p>
      <w:pPr>
        <w:pStyle w:val="Heading1"/>
      </w:pPr>
      <w:r>
        <w:t>Instructions d'impression</w:t>
      </w:r>
    </w:p>
    <w:p>
      <w:r>
        <w:t>Pour une impression réussie : utilisez du papier cartonné (300g/m² ou plus), réglez l'imprimante sur 'haute qualité', et vérifiez que le format de papier est bien 85x55mm. Si vous imprimez sur du papier A4, découpez ensuite les cartes.</w:t>
      </w:r>
    </w:p>
    <w:p>
      <w:pPr>
        <w:pStyle w:val="Heading1"/>
      </w:pPr>
      <w:r>
        <w:t>Modèle prêt à adapter</w:t>
      </w:r>
    </w:p>
    <w:p>
      <w:r>
        <w:t>Téléchargez chaque modèle en cliquant sur les liens ci-dessous : - Modèle Moderne : [lien à insérer] - Modèle Classique : [lien à insérer] - Modèle Créatif : [lien à insérer] - Modèle Minimaliste : [lien à insérer] - Modèle Professionnel : [lien à insérer]</w:t>
      </w:r>
    </w:p>
    <w:p>
      <w:pPr>
        <w:pStyle w:val="Heading1"/>
      </w:pPr>
      <w:r>
        <w:t>Checklist</w:t>
      </w:r>
    </w:p>
    <w:p>
      <w:r>
        <w:t>☐ Choisir un modèle adapté à votre secteur d'activité</w:t>
      </w:r>
    </w:p>
    <w:p>
      <w:r>
        <w:t>☐ Vérifier les informations de contact (nom, téléphone, email, site web)</w:t>
      </w:r>
    </w:p>
    <w:p>
      <w:r>
        <w:t>☐ Inclure votre logo si vous en avez un</w:t>
      </w:r>
    </w:p>
    <w:p>
      <w:r>
        <w:t>☐ Utiliser une police lisible</w:t>
      </w:r>
    </w:p>
    <w:p>
      <w:r>
        <w:t>☐ Respecter les marges de sécurité (5mm de chaque côté)</w:t>
      </w:r>
    </w:p>
    <w:p>
      <w:r>
        <w:t>☐ Imprimer sur du papier cartonné de qualité</w:t>
      </w:r>
    </w:p>
    <w:p>
      <w:r>
        <w:t>☐ Vérifier les couleurs avant impression (test sur une feuille)</w:t>
      </w:r>
    </w:p>
    <w:p>
      <w:pPr>
        <w:pStyle w:val="Heading1"/>
      </w:pPr>
      <w:r>
        <w:t>Questions fréquentes</w:t>
      </w:r>
    </w:p>
    <w:p>
      <w:r>
        <w:rPr>
          <w:b/>
        </w:rPr>
        <w:t>Puis-je modifier ces modèles PDF ?</w:t>
      </w:r>
    </w:p>
    <w:p>
      <w:r>
        <w:t>Oui, vous pouvez modifier les PDF avec un logiciel d'édition PDF (comme Adobe Acrobat, ou des alternatives gratuites comme Inkscape ou Canva). Vous pouvez également les utiliser comme base pour créer votre propre design.</w:t>
      </w:r>
    </w:p>
    <w:p>
      <w:r>
        <w:rPr>
          <w:b/>
        </w:rPr>
        <w:t>Quel est le format standard d'une carte de visite ?</w:t>
      </w:r>
    </w:p>
    <w:p>
      <w:r>
        <w:t>Le format standard en France est de 85 x 55 mm. Assurez-vous de respecter ces dimensions pour un rendu professionnel.</w:t>
      </w:r>
    </w:p>
    <w:p>
      <w:r>
        <w:rPr>
          <w:b/>
        </w:rPr>
        <w:t>Comment éviter que l'encre ne bave à l'impression ?</w:t>
      </w:r>
    </w:p>
    <w:p>
      <w:r>
        <w:t>Utilisez du papier cartonné de qualité (300g/m² ou plus) et réglez votre imprimante sur 'haute qualité' ou 'photo'. Laissez sécher l'encre avant de manipuler les cartes.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