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Plan d'Action Word Gratuit et Personnalisable</w:t>
      </w:r>
    </w:p>
    <w:p>
      <w:r>
        <w:t>Ce modèle de plan d'action au format Word vous permet de structurer vos objectifs, de définir les étapes clés, d'assigner les responsabilités et de suivre les échéances. Simple à utiliser, il est idéal pour les projets professionnels ou personnels.</w:t>
      </w:r>
    </w:p>
    <w:p>
      <w:r>
        <w:rPr>
          <w:b/>
        </w:rPr>
        <w:t>Ce modèle est fourni à titre indicatif. Adaptez-le à votre contexte et à vos besoins spécifiques.</w:t>
      </w:r>
    </w:p>
    <w:p>
      <w:pPr>
        <w:pStyle w:val="Heading1"/>
      </w:pPr>
      <w:r>
        <w:t>Mode d'emploi</w:t>
      </w:r>
    </w:p>
    <w:p>
      <w:pPr>
        <w:pStyle w:val="ListNumber"/>
      </w:pPr>
      <w:r>
        <w:t>Téléchargez le fichier Word ci-dessous.</w:t>
      </w:r>
    </w:p>
    <w:p>
      <w:pPr>
        <w:pStyle w:val="ListNumber"/>
      </w:pPr>
      <w:r>
        <w:t>Ouvrez-le dans Microsoft Word ou un logiciel compatible.</w:t>
      </w:r>
    </w:p>
    <w:p>
      <w:pPr>
        <w:pStyle w:val="ListNumber"/>
      </w:pPr>
      <w:r>
        <w:t>Personnalisez le titre et les colonnes selon votre projet.</w:t>
      </w:r>
    </w:p>
    <w:p>
      <w:pPr>
        <w:pStyle w:val="ListNumber"/>
      </w:pPr>
      <w:r>
        <w:t>Remplissez chaque ligne avec vos actions, responsables et échéances.</w:t>
      </w:r>
    </w:p>
    <w:p>
      <w:pPr>
        <w:pStyle w:val="ListNumber"/>
      </w:pPr>
      <w:r>
        <w:t>Mettez à jour l'avancement régulièrement pour suivre la progression.</w:t>
      </w:r>
    </w:p>
    <w:p>
      <w:pPr>
        <w:pStyle w:val="Heading1"/>
      </w:pPr>
      <w:r>
        <w:t>Comment utiliser ce modèle</w:t>
      </w:r>
    </w:p>
    <w:p>
      <w:r>
        <w:t>Ce modèle comprend un tableau principal avec les colonnes : Action, Responsable, Échéance, Priorité, Statut, et Commentaires. Commencez par lister les actions nécessaires pour atteindre votre objectif. Pour chaque action, indiquez la personne en charge, la date limite, le niveau de priorité (Haute, Moyenne, Basse), et le statut (À faire, En cours, Terminée). Utilisez la colonne Commentaires pour ajouter des précisions. Vous pouvez également insérer des lignes supplémentaires ou modifier les colonnes selon vos besoins.</w:t>
      </w:r>
    </w:p>
    <w:p>
      <w:pPr>
        <w:pStyle w:val="Heading1"/>
      </w:pPr>
      <w:r>
        <w:t>Exemple de plan d'action</w:t>
      </w:r>
    </w:p>
    <w:p>
      <w:r>
        <w:t>Voici un exemple concret pour un projet de lancement de site web :</w:t>
        <w:br/>
        <w:t>- Action : Définir la charte graphique</w:t>
        <w:br/>
        <w:t>- Responsable : Marie</w:t>
        <w:br/>
        <w:t>- Échéance : 15/03/2025</w:t>
        <w:br/>
        <w:t>- Priorité : Haute</w:t>
        <w:br/>
        <w:t>- Statut : En cours</w:t>
        <w:br/>
        <w:t>- Commentaires : Utiliser les couleurs de l'entreprise.</w:t>
        <w:br/>
        <w:br/>
        <w:t>Adaptez cet exemple à votre propre projet.</w:t>
      </w:r>
    </w:p>
    <w:p>
      <w:pPr>
        <w:pStyle w:val="Heading1"/>
      </w:pPr>
      <w:r>
        <w:t>Modèle prêt à adapter</w:t>
      </w:r>
    </w:p>
    <w:p>
      <w:r>
        <w:t>[Nom du Projet] - Plan d'Action Objectif général : [Décrivez l'objectif principal] | Action | Responsable | Échéance | Priorité | Statut | Commentaires | |--------|-------------|----------|----------|--------|--------------| | [Action 1] | [Nom] | [Date] | [Haute/Moyenne/Basse] | [À faire/En cours/Terminée] | [Commentaire] | | [Action 2] | [Nom] | [Date] | [Haute/Moyenne/Basse] | [À faire/En cours/Terminée] | [Commentaire] | | [Action 3] | [Nom] | [Date] | [Haute/Moyenne/Basse] | [À faire/En cours/Terminée] | [Commentaire] | Ressources nécessaires : [Listez les ressources (budget, matériel, etc.)] Indicateurs de suivi : [Définissez les indicateurs pour mesurer l'avancement]</w:t>
      </w:r>
    </w:p>
    <w:p>
      <w:pPr>
        <w:pStyle w:val="Heading1"/>
      </w:pPr>
      <w:r>
        <w:t>Checklist</w:t>
      </w:r>
    </w:p>
    <w:p>
      <w:r>
        <w:t>☐ Définir un objectif clair et mesurable</w:t>
      </w:r>
    </w:p>
    <w:p>
      <w:r>
        <w:t>☐ Lister toutes les actions nécessaires</w:t>
      </w:r>
    </w:p>
    <w:p>
      <w:r>
        <w:t>☐ Assigner un responsable pour chaque action</w:t>
      </w:r>
    </w:p>
    <w:p>
      <w:r>
        <w:t>☐ Fixer des échéances réalistes</w:t>
      </w:r>
    </w:p>
    <w:p>
      <w:r>
        <w:t>☐ Évaluer la priorité de chaque action</w:t>
      </w:r>
    </w:p>
    <w:p>
      <w:r>
        <w:t>☐ Mettre à jour le statut régulièrement</w:t>
      </w:r>
    </w:p>
    <w:p>
      <w:r>
        <w:t>☐ Prévoir des ressources suffisantes</w:t>
      </w:r>
    </w:p>
    <w:p>
      <w:r>
        <w:t>☐ Identifier les risques potentiels</w:t>
      </w:r>
    </w:p>
    <w:p>
      <w:r>
        <w:t>☐ Communiquer le plan à toutes les parties prenantes</w:t>
      </w:r>
    </w:p>
    <w:p>
      <w:r>
        <w:t>☐ Revoir le plan périodiquement</w:t>
      </w:r>
    </w:p>
    <w:p>
      <w:pPr>
        <w:pStyle w:val="Heading1"/>
      </w:pPr>
      <w:r>
        <w:t>Questions fréquentes</w:t>
      </w:r>
    </w:p>
    <w:p>
      <w:r>
        <w:rPr>
          <w:b/>
        </w:rPr>
        <w:t>Puis-je modifier ce modèle ?</w:t>
      </w:r>
    </w:p>
    <w:p>
      <w:r>
        <w:t>Oui, ce modèle est entièrement personnalisable. Vous pouvez ajouter ou supprimer des colonnes, changer les couleurs, insérer des logos, etc.</w:t>
      </w:r>
    </w:p>
    <w:p>
      <w:r>
        <w:rPr>
          <w:b/>
        </w:rPr>
        <w:t>Ce modèle est-il adapté à un usage professionnel ?</w:t>
      </w:r>
    </w:p>
    <w:p>
      <w:r>
        <w:t>Absolument. Il est conçu pour être simple et efficace, et peut être utilisé dans tout type de projet professionnel.</w:t>
      </w:r>
    </w:p>
    <w:p>
      <w:r>
        <w:rPr>
          <w:b/>
        </w:rPr>
        <w:t>Comment suivre l'avancement de mon plan ?</w:t>
      </w:r>
    </w:p>
    <w:p>
      <w:r>
        <w:t>Mettez à jour la colonne Statut régulièrement. Vous pouvez également utiliser des couleurs pour visualiser rapidement l'état d'avancement (par exemple, vert pour terminé, orange pour en cours).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