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Word Cahier des Charges Entreprise à Télécharger</w:t>
      </w:r>
    </w:p>
    <w:p>
      <w:r>
        <w:t>Téléchargez gratuitement un modèle de cahier des charges pour entreprise au format Word (.docx). Ce document pré-rempli vous aidera à structurer votre projet : contexte, objectifs, périmètre, livrables, planning et budget. Personnalisez-le facilement selon vos besoins.</w:t>
      </w:r>
    </w:p>
    <w:p>
      <w:r>
        <w:rPr>
          <w:b/>
        </w:rPr>
        <w:t>Ce modèle est un outil d'aide à la rédaction. Il ne remplace pas une étude approfondie de votre projet. Adaptez-le à votre contexte et assurez-vous qu'il couvre tous les aspects importants de votre projet.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Word (.docx) du modèle.</w:t>
      </w:r>
    </w:p>
    <w:p>
      <w:pPr>
        <w:pStyle w:val="ListNumber"/>
      </w:pPr>
      <w:r>
        <w:t>Ouvrez le fichier avec Microsoft Word ou un logiciel compatible.</w:t>
      </w:r>
    </w:p>
    <w:p>
      <w:pPr>
        <w:pStyle w:val="ListNumber"/>
      </w:pPr>
      <w:r>
        <w:t>Remplacez les informations entre crochets par les données de votre projet.</w:t>
      </w:r>
    </w:p>
    <w:p>
      <w:pPr>
        <w:pStyle w:val="ListNumber"/>
      </w:pPr>
      <w:r>
        <w:t>Modifiez ou ajoutez des sections selon les spécificités de votre projet.</w:t>
      </w:r>
    </w:p>
    <w:p>
      <w:pPr>
        <w:pStyle w:val="ListNumber"/>
      </w:pPr>
      <w:r>
        <w:t>Relisez le document et faites-le valider par les parties prenantes.</w:t>
      </w:r>
    </w:p>
    <w:p>
      <w:pPr>
        <w:pStyle w:val="Heading1"/>
      </w:pPr>
      <w:r>
        <w:t>Structure du cahier des charges</w:t>
      </w:r>
    </w:p>
    <w:p>
      <w:r>
        <w:t>Le modèle comprend les sections suivantes : présentation du projet, contexte et enjeux, objectifs, périmètre (inclusions et exclusions), livrables attendus, planning prévisionnel, budget estimé, critères de validation et risques.</w:t>
      </w:r>
    </w:p>
    <w:p>
      <w:pPr>
        <w:pStyle w:val="Heading1"/>
      </w:pPr>
      <w:r>
        <w:t>Conseils d'utilisation</w:t>
      </w:r>
    </w:p>
    <w:p>
      <w:r>
        <w:t>Soyez précis dans la description des besoins. Impliquez les parties prenantes dès la rédaction. Utilisez des indicateurs mesurables pour les objectifs. Prévoyez des jalons pour le suivi du projet.</w:t>
      </w:r>
    </w:p>
    <w:p>
      <w:pPr>
        <w:pStyle w:val="Heading1"/>
      </w:pPr>
      <w:r>
        <w:t>Modèle prêt à adapter</w:t>
      </w:r>
    </w:p>
    <w:p>
      <w:r>
        <w:t>CAHIER DES CHARGES ENTREPRISE 1. Présentation du projet - Nom du projet : [Nom] - Responsable projet : [Nom] - Date de création : [Date] - Version : [Version] 2. Contexte et enjeux - Contexte : [Décrivez le contexte général du projet] - Enjeux : [Listez les enjeux principaux] 3. Objectifs - Objectif général : [Objectif] - Objectifs spécifiques : - [Objectif 1] - [Objectif 2] - [Objectif 3] 4. Périmètre du projet - Inclusions : - [Élément inclus] - [Élément inclus] - Exclusions : - [Élément exclu] - [Élément exclu] 5. Livrables attendus - [Livrable 1] : [Description] - [Livrable 2] : [Description] - [Livrable 3] : [Description] 6. Planning prévisionnel - Date de début : [Date] - Date de fin : [Date] - Jalons intermédiaires : - [Jalon 1] : [Date] - [Jalon 2] : [Date] 7. Budget estimé - Coût total : [Montant] - Détail des coûts : - [Poste 1] : [Montant] - [Poste 2] : [Montant] 8. Critères de validation - [Critère 1] - [Critère 2] - [Critère 3] 9. Risques et mesures de mitigation - [Risque 1] : [Mesure] - [Risque 2] : [Mesure] 10. Approbation - Rédigé par : [Nom] – Date : [Date] - Validé par : [Nom] – Date : [Date]</w:t>
      </w:r>
    </w:p>
    <w:p>
      <w:pPr>
        <w:pStyle w:val="Heading1"/>
      </w:pPr>
      <w:r>
        <w:t>Checklist</w:t>
      </w:r>
    </w:p>
    <w:p>
      <w:r>
        <w:t>☐ Définir clairement le contexte et les enjeux du projet.</w:t>
      </w:r>
    </w:p>
    <w:p>
      <w:r>
        <w:t>☐ Formuler des objectifs mesurables.</w:t>
      </w:r>
    </w:p>
    <w:p>
      <w:r>
        <w:t>☐ Préciser le périmètre (inclusions et exclusions).</w:t>
      </w:r>
    </w:p>
    <w:p>
      <w:r>
        <w:t>☐ Lister tous les livrables attendus.</w:t>
      </w:r>
    </w:p>
    <w:p>
      <w:r>
        <w:t>☐ Établir un planning réaliste avec des jalons.</w:t>
      </w:r>
    </w:p>
    <w:p>
      <w:r>
        <w:t>☐ Estimer le budget de manière détaillée.</w:t>
      </w:r>
    </w:p>
    <w:p>
      <w:r>
        <w:t>☐ Définir des critères de validation.</w:t>
      </w:r>
    </w:p>
    <w:p>
      <w:r>
        <w:t>☐ Identifier les risques et prévoir des mesures de mitigation.</w:t>
      </w:r>
    </w:p>
    <w:p>
      <w:pPr>
        <w:pStyle w:val="Heading1"/>
      </w:pPr>
      <w:r>
        <w:t>Questions fréquentes</w:t>
      </w:r>
    </w:p>
    <w:p>
      <w:r>
        <w:rPr>
          <w:b/>
        </w:rPr>
        <w:t>Ce modèle convient-il à tous les types de projets ?</w:t>
      </w:r>
    </w:p>
    <w:p>
      <w:r>
        <w:t>Ce modèle est générique et peut être adapté à la plupart des projets d'entreprise. Pour des projets très spécifiques, il peut être nécessaire d'ajouter des sections supplémentaires.</w:t>
      </w:r>
    </w:p>
    <w:p>
      <w:r>
        <w:rPr>
          <w:b/>
        </w:rPr>
        <w:t>Puis-je modifier le modèle Word ?</w:t>
      </w:r>
    </w:p>
    <w:p>
      <w:r>
        <w:t>Oui, le fichier est entièrement modifiable. Vous pouvez ajouter, supprimer ou modifier des sections selon vos besoins.</w:t>
      </w:r>
    </w:p>
    <w:p>
      <w:r>
        <w:rPr>
          <w:b/>
        </w:rPr>
        <w:t>Ce modèle est-il gratuit ?</w:t>
      </w:r>
    </w:p>
    <w:p>
      <w:r>
        <w:t>Oui, ce modèle est gratuit à télécharger et à utiliser. Vous pouvez l'utiliser pour vos projets personnels ou professionnels.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