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veille informationnelle PDF gratuit à télécharger</w:t>
      </w:r>
    </w:p>
    <w:p>
      <w:r>
        <w:t>Ce modèle PDF de veille informationnelle vous aide à structurer votre collecte d'informations, à analyser les sources et à organiser vos résultats. Il est conçu pour être pratique et directement utilisable, que vous soyez professionnel, étudiant ou indépendant.</w:t>
      </w:r>
    </w:p>
    <w:p>
      <w:r>
        <w:rPr>
          <w:b/>
        </w:rPr>
        <w:t>Aucune garantie spécifique n'est associée à ce modèle. Adaptez-le à votre contexte et vérifiez la fiabilité de vos sources.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 en cliquant sur le lien ci-dessous.</w:t>
      </w:r>
    </w:p>
    <w:p>
      <w:pPr>
        <w:pStyle w:val="ListNumber"/>
      </w:pPr>
      <w:r>
        <w:t>Imprimez-le ou ouvrez-le dans un logiciel de lecture PDF pour le remplir numériquement.</w:t>
      </w:r>
    </w:p>
    <w:p>
      <w:pPr>
        <w:pStyle w:val="ListNumber"/>
      </w:pPr>
      <w:r>
        <w:t>Définissez vos thématiques de veille et notez-les dans la section prévue.</w:t>
      </w:r>
    </w:p>
    <w:p>
      <w:pPr>
        <w:pStyle w:val="ListNumber"/>
      </w:pPr>
      <w:r>
        <w:t>Utilisez le tableau de collecte pour enregistrer chaque information pertinente : source, date, type, et résumé.</w:t>
      </w:r>
    </w:p>
    <w:p>
      <w:pPr>
        <w:pStyle w:val="ListNumber"/>
      </w:pPr>
      <w:r>
        <w:t>Analysez les informations collectées à l'aide de la grille d'analyse (pertinence, fiabilité, action).</w:t>
      </w:r>
    </w:p>
    <w:p>
      <w:pPr>
        <w:pStyle w:val="ListNumber"/>
      </w:pPr>
      <w:r>
        <w:t>Consultez la checklist des outils et bonnes pratiques pour optimiser votre veille.</w:t>
      </w:r>
    </w:p>
    <w:p>
      <w:pPr>
        <w:pStyle w:val="Heading1"/>
      </w:pPr>
      <w:r>
        <w:t>Contenu du modèle PDF</w:t>
      </w:r>
    </w:p>
    <w:p>
      <w:r>
        <w:t>Le modèle comprend : 1) un tableau de collecte avec colonnes pour la date, la source, le type (article, vidéo, etc.), le sujet et le résumé ; 2) une grille d'analyse pour évaluer la pertinence, la fiabilité et l'action à entreprendre ; 3) une checklist des outils de veille (Google Alerts, Feedly, etc.) et des bonnes pratiques ; 4) un espace pour vos notes et observations.</w:t>
      </w:r>
    </w:p>
    <w:p>
      <w:pPr>
        <w:pStyle w:val="Heading1"/>
      </w:pPr>
      <w:r>
        <w:t>Comment utiliser ce modèle efficacement</w:t>
      </w:r>
    </w:p>
    <w:p>
      <w:r>
        <w:t>Commencez par définir vos objectifs de veille et les sujets à surveiller. Remplissez le tableau au fur et à mesure de vos découvertes. Utilisez la grille d'analyse pour trier les informations et décider lesquelles méritent une action. Enfin, révisez régulièrement votre veille pour ajuster vos thèmes et outils.</w:t>
      </w:r>
    </w:p>
    <w:p>
      <w:pPr>
        <w:pStyle w:val="Heading1"/>
      </w:pPr>
      <w:r>
        <w:t>Modèle prêt à adapter</w:t>
      </w:r>
    </w:p>
    <w:p>
      <w:r>
        <w:t>MODÈLE DE VEILLE INFORMATIONNELLE Objectifs de veille : [Objectif 1] [Objectif 2] [Objectif 3] Thématiques à surveiller : - [Thème 1] - [Thème 2] - [Thème 3] Tableau de collecte : | Date | Source | Type | Sujet | Résumé | | [Date] | [Nom de la source] | [Article/Vidéo/...] | [Sujet] | [Résumé en 2-3 phrases] | | [Date] | [Nom de la source] | [Type] | [Sujet] | [Résumé] | Grille d'analyse : Pour chaque information, évaluez : - Pertinence (1-5) : [Note] - Fiabilité de la source (1-5) : [Note] - Action à entreprendre : [Aucune/Archiver/Partager/Approfondir] Checklist des outils et bonnes pratiques : [ ] Configurer Google Alerts pour les mots-clés principaux [ ] S'abonner à des flux RSS via Feedly [ ] Utiliser des hashtags sur les réseaux sociaux [ ] Planifier une revue hebdomadaire de la veille [ ] Vérifier la date et la source de chaque information Notes et observations : [Espace pour vos notes]</w:t>
      </w:r>
    </w:p>
    <w:p>
      <w:pPr>
        <w:pStyle w:val="Heading1"/>
      </w:pPr>
      <w:r>
        <w:t>Checklist</w:t>
      </w:r>
    </w:p>
    <w:p>
      <w:r>
        <w:t>☐ Définir des objectifs clairs de veille</w:t>
      </w:r>
    </w:p>
    <w:p>
      <w:r>
        <w:t>☐ Choisir les thématiques à surveiller</w:t>
      </w:r>
    </w:p>
    <w:p>
      <w:r>
        <w:t>☐ Sélectionner des outils adaptés (Google Alerts, Feedly, etc.)</w:t>
      </w:r>
    </w:p>
    <w:p>
      <w:r>
        <w:t>☐ Collecter les informations de manière régulière</w:t>
      </w:r>
    </w:p>
    <w:p>
      <w:r>
        <w:t>☐ Évaluer la fiabilité des sources</w:t>
      </w:r>
    </w:p>
    <w:p>
      <w:r>
        <w:t>☐ Analyser la pertinence des informations</w:t>
      </w:r>
    </w:p>
    <w:p>
      <w:r>
        <w:t>☐ Planifier des revues périodiques</w:t>
      </w:r>
    </w:p>
    <w:p>
      <w:r>
        <w:t>☐ Adapter la veille en fonction des résultats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est-il adapté aux débutants ?</w:t>
      </w:r>
    </w:p>
    <w:p>
      <w:r>
        <w:t>Oui, il est conçu pour être simple et intuitif. Les instructions vous guident pas à pas, et vous pouvez commencer avec une seule thématique.</w:t>
      </w:r>
    </w:p>
    <w:p>
      <w:r>
        <w:rPr>
          <w:b/>
        </w:rPr>
        <w:t>Puis-je modifier le modèle PDF ?</w:t>
      </w:r>
    </w:p>
    <w:p>
      <w:r>
        <w:t>Oui, vous pouvez l'imprimer et le remplir à la main, ou utiliser un logiciel d'édition PDF pour le personnaliser selon vos besoins.</w:t>
      </w:r>
    </w:p>
    <w:p>
      <w:r>
        <w:rPr>
          <w:b/>
        </w:rPr>
        <w:t>Quels outils recommandez-vous pour la veille ?</w:t>
      </w:r>
    </w:p>
    <w:p>
      <w:r>
        <w:t>Des outils gratuits comme Google Alerts, Feedly, ou des plateformes de curation comme Pocket. Le choix dépend de vos besoins et de votre secteur.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