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Testament Manuscrit PDF à Télécharger</w:t>
      </w:r>
    </w:p>
    <w:p>
      <w:r>
        <w:t>Ce modèle PDF de testament manuscrit vous aide à rédiger vos dernières volontés de manière claire et structurée. Il est important de respecter les conditions légales pour que le testament soit valide.</w:t>
      </w:r>
    </w:p>
    <w:p>
      <w:r>
        <w:rPr>
          <w:b/>
        </w:rPr>
        <w:t>Ce modèle est fourni à titre illustratif. Les règles relatives aux testaments varient selon les pays. Il est fortement recommandé de consulter un notaire ou un avocat pour valider votre testament et vous assurer de sa conformité légale.</w:t>
      </w:r>
    </w:p>
    <w:p>
      <w:pPr>
        <w:pStyle w:val="Heading1"/>
      </w:pPr>
      <w:r>
        <w:t>Mode d'emploi</w:t>
      </w:r>
    </w:p>
    <w:p>
      <w:pPr>
        <w:pStyle w:val="ListNumber"/>
      </w:pPr>
      <w:r>
        <w:t>Téléchargez le fichier PDF et imprimez-le (ou utilisez un logiciel de remplissage PDF).</w:t>
      </w:r>
    </w:p>
    <w:p>
      <w:pPr>
        <w:pStyle w:val="ListNumber"/>
      </w:pPr>
      <w:r>
        <w:t>Remplissez les informations personnelles (nom, date de naissance, etc.).</w:t>
      </w:r>
    </w:p>
    <w:p>
      <w:pPr>
        <w:pStyle w:val="ListNumber"/>
      </w:pPr>
      <w:r>
        <w:t>Rédigez vos dispositions : legs, bénéficiaires, exécuteur testamentaire.</w:t>
      </w:r>
    </w:p>
    <w:p>
      <w:pPr>
        <w:pStyle w:val="ListNumber"/>
      </w:pPr>
      <w:r>
        <w:t>Signez le document à la main et datez-le. Certaines juridictions exigent que le testament soit entièrement écrit à la main.</w:t>
      </w:r>
    </w:p>
    <w:p>
      <w:pPr>
        <w:pStyle w:val="ListNumber"/>
      </w:pPr>
      <w:r>
        <w:t>Conservez le testament en lieu sûr et informez vos proches de son existence.</w:t>
      </w:r>
    </w:p>
    <w:p>
      <w:pPr>
        <w:pStyle w:val="Heading1"/>
      </w:pPr>
      <w:r>
        <w:t>Structure du modèle</w:t>
      </w:r>
    </w:p>
    <w:p>
      <w:r>
        <w:t>Le modèle comprend :</w:t>
        <w:br/>
        <w:t>- Un en-tête avec la mention 'Testament' et vos coordonnées.</w:t>
        <w:br/>
        <w:t>- Une déclaration de capacité et de volonté.</w:t>
        <w:br/>
        <w:t>- Des sections pour désigner les bénéficiaires et les biens.</w:t>
        <w:br/>
        <w:t>- Une clause de révocation des testaments antérieurs.</w:t>
        <w:br/>
        <w:t>- Un espace pour la signature et la date.</w:t>
      </w:r>
    </w:p>
    <w:p>
      <w:pPr>
        <w:pStyle w:val="Heading1"/>
      </w:pPr>
      <w:r>
        <w:t>Précautions légales</w:t>
      </w:r>
    </w:p>
    <w:p>
      <w:r>
        <w:t>Un testament manuscrit (olographe) doit être entièrement écrit, daté et signé de la main du testateur. Il ne doit pas être dactylographié. Les conditions de validité varient selon les pays ; renseignez-vous auprès d'un professionnel du droit.</w:t>
      </w:r>
    </w:p>
    <w:p>
      <w:pPr>
        <w:pStyle w:val="Heading1"/>
      </w:pPr>
      <w:r>
        <w:t>Modèle prêt à adapter</w:t>
      </w:r>
    </w:p>
    <w:p>
      <w:r>
        <w:t>TESTAMENT Je soussigné(e) [Prénom NOM], né(e) le [Date de naissance] à [Lieu de naissance], demeurant [Adresse complète], déclare par la présente que ce document constitue mon testament et révoque tout testament antérieur. Je dispose de mes biens de la manière suivante : 1. [Précisez les biens ou legs spécifiques] Exemple : Je lègue ma maison située à [Adresse] à [Nom du bénéficiaire]. 2. [Autres dispositions] Exemple : Je lègue la somme de [Montant] à [Nom de l'association]. 3. Je désigne [Nom de l'exécuteur testamentaire] comme exécuteur testamentaire. 4. Toutes les autres dispositions de mes biens seront réparties selon la loi. Fait à [Lieu], le [Date] Signature : ________________________ Prénom et Nom : [Prénom NOM]</w:t>
      </w:r>
    </w:p>
    <w:p>
      <w:pPr>
        <w:pStyle w:val="Heading1"/>
      </w:pPr>
      <w:r>
        <w:t>Checklist</w:t>
      </w:r>
    </w:p>
    <w:p>
      <w:r>
        <w:t>☐ Vérifier que le testament est entièrement écrit à la main (si requis)</w:t>
      </w:r>
    </w:p>
    <w:p>
      <w:r>
        <w:t>☐ Dater le testament de manière complète (jour, mois, année)</w:t>
      </w:r>
    </w:p>
    <w:p>
      <w:r>
        <w:t>☐ Signer à la fin du document</w:t>
      </w:r>
    </w:p>
    <w:p>
      <w:r>
        <w:t>☐ Désigner clairement les bénéficiaires</w:t>
      </w:r>
    </w:p>
    <w:p>
      <w:r>
        <w:t>☐ Décrire précisément les biens légués</w:t>
      </w:r>
    </w:p>
    <w:p>
      <w:r>
        <w:t>☐ Indiquer un exécuteur testamentaire</w:t>
      </w:r>
    </w:p>
    <w:p>
      <w:r>
        <w:t>☐ Consulter un professionnel pour valider la conformité légale</w:t>
      </w:r>
    </w:p>
    <w:p>
      <w:r>
        <w:t>☐ Informer une personne de confiance de l'existence du testament</w:t>
      </w:r>
    </w:p>
    <w:p>
      <w:pPr>
        <w:pStyle w:val="Heading1"/>
      </w:pPr>
      <w:r>
        <w:t>Questions fréquentes</w:t>
      </w:r>
    </w:p>
    <w:p>
      <w:r>
        <w:rPr>
          <w:b/>
        </w:rPr>
        <w:t>Un testament manuscrit est-il valable sans notaire ?</w:t>
      </w:r>
    </w:p>
    <w:p>
      <w:r>
        <w:t>Dans de nombreux pays, un testament olographe (entièrement écrit, daté et signé à la main) est valable sans notaire. Cependant, des conditions strictes s'appliquent et il est recommandé de consulter un notaire pour éviter tout risque de nullité.</w:t>
      </w:r>
    </w:p>
    <w:p>
      <w:r>
        <w:rPr>
          <w:b/>
        </w:rPr>
        <w:t>Puis-je taper mon testament sur ordinateur ?</w:t>
      </w:r>
    </w:p>
    <w:p>
      <w:r>
        <w:t>Un testament manuscrit doit être écrit à la main pour être valable en tant que testament olographe. Un testament dactylographié peut être valable s'il est signé et respecte d'autres formes, mais les règles varient. Consultez un professionnel.</w:t>
      </w:r>
    </w:p>
    <w:p>
      <w:r>
        <w:rPr>
          <w:b/>
        </w:rPr>
        <w:t>Comment révoquer un testament antérieur ?</w:t>
      </w:r>
    </w:p>
    <w:p>
      <w:r>
        <w:t>Vous pouvez révoquer un testament en en rédigeant un nouveau qui mentionne explicitement la révocation des précédents, ou en détruisant l'ancien. Il est préférable de suivre les procédures légales de votre pays.</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