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Synthèse d'Entretien Professionnel Word</w:t>
      </w:r>
    </w:p>
    <w:p>
      <w:r>
        <w:t>Ce modèle de synthèse d'entretien professionnel vous aide à structurer clairement les échanges et à formaliser les points essentiels : compétences, réalisations, axes de progrès et objectifs. Téléchargez-le, personnalisez-le selon votre situation et gagnez du temps dans votre préparation.</w:t>
      </w:r>
    </w:p>
    <w:p>
      <w:r>
        <w:rPr>
          <w:b/>
        </w:rPr>
        <w:t>Ce document est un modèle générique. Adaptez-le à votre contexte et aux exigences de votre organisation. Il ne se substitue pas à un document officiel.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Word ci-dessous.</w:t>
      </w:r>
    </w:p>
    <w:p>
      <w:pPr>
        <w:pStyle w:val="ListNumber"/>
      </w:pPr>
      <w:r>
        <w:t>Ouvrez le fichier et remplacez les champs entre crochets par vos informations.</w:t>
      </w:r>
    </w:p>
    <w:p>
      <w:pPr>
        <w:pStyle w:val="ListNumber"/>
      </w:pPr>
      <w:r>
        <w:t>Complétez chaque section avec des exemples concrets de votre expérience.</w:t>
      </w:r>
    </w:p>
    <w:p>
      <w:pPr>
        <w:pStyle w:val="ListNumber"/>
      </w:pPr>
      <w:r>
        <w:t>Relisez et ajustez la mise en forme si nécessaire.</w:t>
      </w:r>
    </w:p>
    <w:p>
      <w:pPr>
        <w:pStyle w:val="ListNumber"/>
      </w:pPr>
      <w:r>
        <w:t>Enregistrez une copie pour vos dossiers.</w:t>
      </w:r>
    </w:p>
    <w:p>
      <w:pPr>
        <w:pStyle w:val="Heading1"/>
      </w:pPr>
      <w:r>
        <w:t>Contenu du modèle</w:t>
      </w:r>
    </w:p>
    <w:p>
      <w:r>
        <w:t>Le modèle comprend les sections suivantes : informations personnelles, poste visé, compétences clés, réalisations marquantes, points à améliorer, objectifs à court et moyen terme, et conclusion. Chaque section est accompagnée d'un exemple de phrase pour vous guider.</w:t>
      </w:r>
    </w:p>
    <w:p>
      <w:pPr>
        <w:pStyle w:val="Heading1"/>
      </w:pPr>
      <w:r>
        <w:t>Conseils d'utilisation</w:t>
      </w:r>
    </w:p>
    <w:p>
      <w:r>
        <w:t>Soyez précis et factuel. Utilisez des chiffres et des résultats mesurables. Relisez votre synthèse à voix haute pour vérifier la cohérence. Personnalisez le modèle avec votre propre style.</w:t>
      </w:r>
    </w:p>
    <w:p>
      <w:pPr>
        <w:pStyle w:val="Heading1"/>
      </w:pPr>
      <w:r>
        <w:t>Modèle prêt à adapter</w:t>
      </w:r>
    </w:p>
    <w:p>
      <w:r>
        <w:t>[Prénom Nom] – [Adresse] – [Téléphone] – [Email] Date : [Date] Objet : Synthèse de mon entretien professionnel du [Date de l'entretien] 1. Informations générales - Poste actuel : [Intitulé du poste] - Service : [Nom du service] - Ancienneté : [Nombre d'années] 2. Compétences développées - [Compétence 1] : [Description courte] - [Compétence 2] : [Description courte] - [Compétence 3] : [Description courte] 3. Réalisations clés - [Réalisation 1] : [Contexte, action, résultat chiffré] - [Réalisation 2] : [Contexte, action, résultat chiffré] 4. Points à améliorer - [Point 1] : [Comment comptez-vous progresser ?] - [Point 2] : [Comment comptez-vous progresser ?] 5. Objectifs pour l'année à venir - Objectif à court terme : [Objectif précis avec échéance] - Objectif à moyen terme : [Objectif précis avec échéance] 6. Conclusion - [Synthèse de votre motivation et de vos attentes] Signature : [Votre signature]</w:t>
      </w:r>
    </w:p>
    <w:p>
      <w:pPr>
        <w:pStyle w:val="Heading1"/>
      </w:pPr>
      <w:r>
        <w:t>Checklist</w:t>
      </w:r>
    </w:p>
    <w:p>
      <w:r>
        <w:t>☐ J'ai remplacé tous les champs entre crochets.</w:t>
      </w:r>
    </w:p>
    <w:p>
      <w:r>
        <w:t>☐ Mes réalisations sont chiffrées et concrètes.</w:t>
      </w:r>
    </w:p>
    <w:p>
      <w:r>
        <w:t>☐ Mes objectifs sont SMART (spécifiques, mesurables, atteignables, réalistes, temporels).</w:t>
      </w:r>
    </w:p>
    <w:p>
      <w:r>
        <w:t>☐ J'ai relu mon document pour corriger les fautes.</w:t>
      </w:r>
    </w:p>
    <w:p>
      <w:r>
        <w:t>☐ J'ai adapté le ton au contexte professionnel.</w:t>
      </w:r>
    </w:p>
    <w:p>
      <w:r>
        <w:t>☐ J'ai enregistré une copie pour mes archives.</w:t>
      </w:r>
    </w:p>
    <w:p>
      <w:pPr>
        <w:pStyle w:val="Heading1"/>
      </w:pPr>
      <w:r>
        <w:t>Questions fréquentes</w:t>
      </w:r>
    </w:p>
    <w:p>
      <w:r>
        <w:rPr>
          <w:b/>
        </w:rPr>
        <w:t>Puis-je utiliser ce modèle pour tout type d'entretien professionnel ?</w:t>
      </w:r>
    </w:p>
    <w:p>
      <w:r>
        <w:t>Oui, ce modèle est générique et peut être adapté à différents contextes : entretien annuel, entretien de carrière, ou entretien de recrutement. Ajustez les sections en fonction de vos besoins.</w:t>
      </w:r>
    </w:p>
    <w:p>
      <w:r>
        <w:rPr>
          <w:b/>
        </w:rPr>
        <w:t>Comment rendre ma synthèse plus percutante ?</w:t>
      </w:r>
    </w:p>
    <w:p>
      <w:r>
        <w:t>Utilisez des exemples concrets avec des résultats mesurables. Mettez en avant vos compétences en lien avec les objectifs de l'entreprise. Restez honnête et positif.</w:t>
      </w:r>
    </w:p>
    <w:p>
      <w:r>
        <w:rPr>
          <w:b/>
        </w:rPr>
        <w:t>Ce modèle est-il conforme à la législation ?</w:t>
      </w:r>
    </w:p>
    <w:p>
      <w:r>
        <w:t>Ce modèle est un outil d'aide, il ne constitue pas un document officiel. Assurez-vous de respecter les règles internes de votre entreprise et les obligations légales en vigueur.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