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Roadmap PowerPoint à Télécharger</w:t>
      </w:r>
    </w:p>
    <w:p>
      <w:r>
        <w:t>Ce modèle PowerPoint vous permet de créer une roadmap claire et visuelle pour présenter les étapes clés de votre projet. Personnalisez les jalons, les phases et les dates pour communiquer efficacement votre planification.</w:t>
      </w:r>
    </w:p>
    <w:p>
      <w:r>
        <w:rPr>
          <w:b/>
        </w:rPr>
        <w:t>Aucune mention légale particulière. Ce modèle est fourni à titre indicatif ; adaptez-le à votre contexte.</w:t>
      </w:r>
    </w:p>
    <w:p>
      <w:pPr>
        <w:pStyle w:val="Heading1"/>
      </w:pPr>
      <w:r>
        <w:t>Mode d'emploi</w:t>
      </w:r>
    </w:p>
    <w:p>
      <w:pPr>
        <w:pStyle w:val="ListNumber"/>
      </w:pPr>
      <w:r>
        <w:t>Téléchargez le fichier PowerPoint et ouvrez-le dans PowerPoint ou un logiciel compatible.</w:t>
      </w:r>
    </w:p>
    <w:p>
      <w:pPr>
        <w:pStyle w:val="ListNumber"/>
      </w:pPr>
      <w:r>
        <w:t>Remplacez les textes des jalons et des phases par vos propres données.</w:t>
      </w:r>
    </w:p>
    <w:p>
      <w:pPr>
        <w:pStyle w:val="ListNumber"/>
      </w:pPr>
      <w:r>
        <w:t>Ajustez les dates en modifiant les zones de texte ou les formes de la timeline.</w:t>
      </w:r>
    </w:p>
    <w:p>
      <w:pPr>
        <w:pStyle w:val="ListNumber"/>
      </w:pPr>
      <w:r>
        <w:t>Ajoutez ou supprimez des éléments graphiques (flèches, barres) selon la complexité de votre projet.</w:t>
      </w:r>
    </w:p>
    <w:p>
      <w:pPr>
        <w:pStyle w:val="ListNumber"/>
      </w:pPr>
      <w:r>
        <w:t>Enregistrez et présentez votre roadmap à votre équipe ou vos parties prenantes.</w:t>
      </w:r>
    </w:p>
    <w:p>
      <w:pPr>
        <w:pStyle w:val="Heading1"/>
      </w:pPr>
      <w:r>
        <w:t>Contenu du modèle</w:t>
      </w:r>
    </w:p>
    <w:p>
      <w:r>
        <w:t>Le modèle comprend 5 diapositives : une timeline horizontale avec des jalons, une diapositive avec des phases de projet (ex. Initiation, Planification, Exécution, Clôture), une diapositive avec des barres de progression, et une diapositive d'instructions pour personnaliser les éléments.</w:t>
      </w:r>
    </w:p>
    <w:p>
      <w:pPr>
        <w:pStyle w:val="Heading1"/>
      </w:pPr>
      <w:r>
        <w:t>Conseils d'utilisation</w:t>
      </w:r>
    </w:p>
    <w:p>
      <w:r>
        <w:t>Utilisez des couleurs différentes pour chaque phase, placez les jalons aux dates importantes, et gardez une cohérence visuelle. Si votre projet est long, découpez la roadmap en plusieurs diapositives.</w:t>
      </w:r>
    </w:p>
    <w:p>
      <w:pPr>
        <w:pStyle w:val="Heading1"/>
      </w:pPr>
      <w:r>
        <w:t>Modèle prêt à adapter</w:t>
      </w:r>
    </w:p>
    <w:p>
      <w:r>
        <w:t>[Nom du Projet] - Roadmap Phase 1 : Initiation - Définir les objectifs - Identifier les parties prenantes - Date : [Date début] Phase 2 : Planification - Élaborer le plan de projet - Allouer les ressources - Date : [Date] Phase 3 : Exécution - Mettre en œuvre les tâches - Suivre l'avancement - Date : [Date] Phase 4 : Clôture - Évaluer les résultats - Documenter les leçons apprises - Date : [Date fin]</w:t>
      </w:r>
    </w:p>
    <w:p>
      <w:pPr>
        <w:pStyle w:val="Heading1"/>
      </w:pPr>
      <w:r>
        <w:t>Checklist</w:t>
      </w:r>
    </w:p>
    <w:p>
      <w:r>
        <w:t>☐ Avoir défini les objectifs du projet.</w:t>
      </w:r>
    </w:p>
    <w:p>
      <w:r>
        <w:t>☐ Avoir identifié les phases principales.</w:t>
      </w:r>
    </w:p>
    <w:p>
      <w:r>
        <w:t>☐ Avoir déterminé les jalons et les dates clés.</w:t>
      </w:r>
    </w:p>
    <w:p>
      <w:r>
        <w:t>☐ Avoir choisi un logiciel compatible avec le format PPTX.</w:t>
      </w:r>
    </w:p>
    <w:p>
      <w:r>
        <w:t>☐ Avoir personnalisé les textes et les dates.</w:t>
      </w:r>
    </w:p>
    <w:p>
      <w:r>
        <w:t>☐ Avoir vérifié la lisibilité et la cohérence visuelle.</w:t>
      </w:r>
    </w:p>
    <w:p>
      <w:pPr>
        <w:pStyle w:val="Heading1"/>
      </w:pPr>
      <w:r>
        <w:t>Questions fréquentes</w:t>
      </w:r>
    </w:p>
    <w:p>
      <w:r>
        <w:rPr>
          <w:b/>
        </w:rPr>
        <w:t>Comment modifier les dates sur la timeline ?</w:t>
      </w:r>
    </w:p>
    <w:p>
      <w:r>
        <w:t>Sélectionnez la zone de texte ou la forme contenant la date, puis modifiez le texte directement. Vous pouvez également déplacer les jalons le long de la flèche.</w:t>
      </w:r>
    </w:p>
    <w:p>
      <w:r>
        <w:rPr>
          <w:b/>
        </w:rPr>
        <w:t>Puis-je ajouter des jalons supplémentaires ?</w:t>
      </w:r>
    </w:p>
    <w:p>
      <w:r>
        <w:t>Oui, dupliquez un jalon existant (copier-coller) et placez-le à l'endroit souhaité sur la timeline. Ajustez le texte et la date.</w:t>
      </w:r>
    </w:p>
    <w:p>
      <w:r>
        <w:rPr>
          <w:b/>
        </w:rPr>
        <w:t>Ce modèle est-il adapté à un projet agile ?</w:t>
      </w:r>
    </w:p>
    <w:p>
      <w:r>
        <w:t>Oui, vous pouvez adapter les phases pour refléter les sprints ou les itérations, et utiliser les jalons pour les revues de sprint.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