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réponse à appel d'offre Word gratuit</w:t>
      </w:r>
    </w:p>
    <w:p>
      <w:r>
        <w:t>Téléchargez gratuitement un modèle de réponse à appel d'offre au format Word, prêt à personnaliser. Ce document structuré vous fait gagner du temps et vous aide à présenter une proposition professionnelle et complète.</w:t>
      </w:r>
    </w:p>
    <w:p>
      <w:r>
        <w:rPr>
          <w:b/>
        </w:rPr>
        <w:t>Ce modèle est fourni à titre indicatif. Adaptez-le à votre entreprise et au cahier des charges de chaque appel d'offre. Vérifiez les exigences spécifiques avant de soumettre votre réponse.</w:t>
      </w:r>
    </w:p>
    <w:p>
      <w:pPr>
        <w:pStyle w:val="Heading1"/>
      </w:pPr>
      <w:r>
        <w:t>Mode d'emploi</w:t>
      </w:r>
    </w:p>
    <w:p>
      <w:pPr>
        <w:pStyle w:val="ListNumber"/>
      </w:pPr>
      <w:r>
        <w:t>Téléchargez le fichier Word en cliquant sur le lien ci-dessous.</w:t>
      </w:r>
    </w:p>
    <w:p>
      <w:pPr>
        <w:pStyle w:val="ListNumber"/>
      </w:pPr>
      <w:r>
        <w:t>Ouvrez le document avec Microsoft Word ou un logiciel compatible.</w:t>
      </w:r>
    </w:p>
    <w:p>
      <w:pPr>
        <w:pStyle w:val="ListNumber"/>
      </w:pPr>
      <w:r>
        <w:t>Remplacez les informations entre crochets par vos données (nom, coordonnées, etc.).</w:t>
      </w:r>
    </w:p>
    <w:p>
      <w:pPr>
        <w:pStyle w:val="ListNumber"/>
      </w:pPr>
      <w:r>
        <w:t>Personnalisez les sections techniques et financières selon votre offre.</w:t>
      </w:r>
    </w:p>
    <w:p>
      <w:pPr>
        <w:pStyle w:val="ListNumber"/>
      </w:pPr>
      <w:r>
        <w:t>Relisez attentivement votre réponse et vérifiez la conformité avec l'appel d'offre.</w:t>
      </w:r>
    </w:p>
    <w:p>
      <w:pPr>
        <w:pStyle w:val="ListNumber"/>
      </w:pPr>
      <w:r>
        <w:t>Exportez en PDF si demandé et soumettez votre dossier avant la date limite.</w:t>
      </w:r>
    </w:p>
    <w:p>
      <w:pPr>
        <w:pStyle w:val="Heading1"/>
      </w:pPr>
      <w:r>
        <w:t>Contenu du modèle</w:t>
      </w:r>
    </w:p>
    <w:p>
      <w:r>
        <w:t>Le modèle comprend : une page de garde avec vos coordonnées et celles du destinataire, une présentation de votre entreprise (historique, compétences, références), une note méthodologique détaillant votre approche technique, un planning prévisionnel, une grille de prix détaillée, et une déclaration sur l'honneur.</w:t>
      </w:r>
    </w:p>
    <w:p>
      <w:pPr>
        <w:pStyle w:val="Heading1"/>
      </w:pPr>
      <w:r>
        <w:t>Comment utiliser ce modèle ?</w:t>
      </w:r>
    </w:p>
    <w:p>
      <w:r>
        <w:t>Chaque section est clairement identifiée. Commencez par la page de garde, puis remplissez la présentation de l'entreprise en mettant en avant vos atouts. Adaptez la note méthodologique aux spécificités du projet. Utilisez le planning pour montrer votre organisation. Enfin, complétez la grille de prix avec vos tarifs, en respectant les unités d'œuvre demandées.</w:t>
      </w:r>
    </w:p>
    <w:p>
      <w:pPr>
        <w:pStyle w:val="Heading1"/>
      </w:pPr>
      <w:r>
        <w:t>Modèle prêt à adapter</w:t>
      </w:r>
    </w:p>
    <w:p>
      <w:r>
        <w:t>[Votre Logo] [Votre Entreprise] [Adresse] [Code postal] [Ville] Tél : [Téléphone] - Email : [Email] À l'attention de : [Nom du contact] [Organisme] [Adresse] [Code postal] [Ville] Objet : Réponse à l'appel d'offre n°[Numéro] Madame, Monsieur, Suite à votre appel d'offre concernant [Intitulé du projet], nous avons l'honneur de vous présenter notre proposition. 1. PRÉSENTATION DE L'ENTREPRISE [Présentez votre entreprise : historique, secteur d'activité, effectif, certifications, références clés.] 2. COMPRÉHENSION DU BESOIN [Nous avons bien pris connaissance de votre cahier des charges. Voici notre compréhension du besoin : ...] 3. SOLUTION TECHNIQUE PROPOSÉE [Description détaillée de votre solution, méthodologie, moyens humains et matériels.] 4. PLANNING PRÉVISIONNEL [Tableau avec les phases, dates de début et fin, jalons.] 5. PRIX PROPOSÉ [Tableau des prix unitaires et totaux, avec ou sans TVA.] 6. DÉCLARATION SUR L'HONNEUR Je soussigné(e), [Nom du représentant], agissant en qualité de [Fonction] de la société [Nom], certifie l'exactitude des informations fournies dans la présente réponse. Fait à [Ville], le [Date] Signature :</w:t>
      </w:r>
    </w:p>
    <w:p>
      <w:pPr>
        <w:pStyle w:val="Heading1"/>
      </w:pPr>
      <w:r>
        <w:t>Checklist</w:t>
      </w:r>
    </w:p>
    <w:p>
      <w:r>
        <w:t>☐ Vérifier que le modèle est conforme aux exigences de l'appel d'offre</w:t>
      </w:r>
    </w:p>
    <w:p>
      <w:r>
        <w:t>☐ Personnaliser toutes les sections avec les informations de l'entreprise</w:t>
      </w:r>
    </w:p>
    <w:p>
      <w:r>
        <w:t>☐ Adapter la solution technique au projet spécifique</w:t>
      </w:r>
    </w:p>
    <w:p>
      <w:r>
        <w:t>☐ Remplir le planning avec des dates réalistes</w:t>
      </w:r>
    </w:p>
    <w:p>
      <w:r>
        <w:t>☐ Compléter la grille de prix avec des montants exacts</w:t>
      </w:r>
    </w:p>
    <w:p>
      <w:r>
        <w:t>☐ Relire l'ensemble pour éviter les fautes et incohérences</w:t>
      </w:r>
    </w:p>
    <w:p>
      <w:r>
        <w:t>☐ Signer la déclaration sur l'honneur</w:t>
      </w:r>
    </w:p>
    <w:p>
      <w:r>
        <w:t>☐ Convertir en PDF si nécessaire</w:t>
      </w:r>
    </w:p>
    <w:p>
      <w:r>
        <w:t>☐ Envoyer avant la date limite de dépôt</w:t>
      </w:r>
    </w:p>
    <w:p>
      <w:pPr>
        <w:pStyle w:val="Heading1"/>
      </w:pPr>
      <w:r>
        <w:t>Questions fréquentes</w:t>
      </w:r>
    </w:p>
    <w:p>
      <w:r>
        <w:rPr>
          <w:b/>
        </w:rPr>
        <w:t>Ce modèle convient-il à tous les types d'appels d'offre ?</w:t>
      </w:r>
    </w:p>
    <w:p>
      <w:r>
        <w:t>Ce modèle est générique et peut être adapté à la plupart des appels d'offre. Cependant, certains marchés ont des exigences spécifiques (formulaires imposés, etc.). Il est essentiel de lire attentivement le cahier des charges et d'ajuster le modèle en conséquence.</w:t>
      </w:r>
    </w:p>
    <w:p>
      <w:r>
        <w:rPr>
          <w:b/>
        </w:rPr>
        <w:t>Dois-je inclure des pièces justificatives ?</w:t>
      </w:r>
    </w:p>
    <w:p>
      <w:r>
        <w:t>Oui, selon l'appel d'offre, vous devrez fournir des pièces comme les statuts, l'attestation fiscale, les références, etc. Vérifiez la liste des pièces demandées et joignez-les à votre réponse.</w:t>
      </w:r>
    </w:p>
    <w:p>
      <w:r>
        <w:rPr>
          <w:b/>
        </w:rPr>
        <w:t>Puis-je utiliser ce modèle pour une offre en ligne ?</w:t>
      </w:r>
    </w:p>
    <w:p>
      <w:r>
        <w:t>Absolument. Vous pouvez copier le contenu dans une plateforme de réponse en ligne ou le télécharger en PDF si le format est accepté. Assurez-vous de respecter les formats et tailles de fichiers demandés.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