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questionnaire d'évaluation de formation (PDF)</w:t>
      </w:r>
    </w:p>
    <w:p>
      <w:r>
        <w:t>Ce modèle de questionnaire d'évaluation de formation vous permet de recueillir les retours des participants de manière structurée. Téléchargez-le en PDF, imprimez-le ou utilisez-le tel quel pour améliorer vos prochaines sessions.</w:t>
      </w:r>
    </w:p>
    <w:p>
      <w:r>
        <w:rPr>
          <w:b/>
        </w:rPr>
        <w:t>Ce questionnaire est un outil d'évaluation pédagogique. Adaptez les questions à votre contexte et à vos objectifs. Il ne remplace pas une évaluation officielle des acquis.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du questionnaire.</w:t>
      </w:r>
    </w:p>
    <w:p>
      <w:pPr>
        <w:pStyle w:val="ListNumber"/>
      </w:pPr>
      <w:r>
        <w:t>Personnalisez les champs (nom de la formation, date, formateur) si nécessaire.</w:t>
      </w:r>
    </w:p>
    <w:p>
      <w:pPr>
        <w:pStyle w:val="ListNumber"/>
      </w:pPr>
      <w:r>
        <w:t>Distribuez le questionnaire aux participants à la fin de la formation.</w:t>
      </w:r>
    </w:p>
    <w:p>
      <w:pPr>
        <w:pStyle w:val="ListNumber"/>
      </w:pPr>
      <w:r>
        <w:t>Collectez les réponses et analysez les résultats pour améliorer vos formations.</w:t>
      </w:r>
    </w:p>
    <w:p>
      <w:pPr>
        <w:pStyle w:val="Heading1"/>
      </w:pPr>
      <w:r>
        <w:t>Contenu du questionnaire</w:t>
      </w:r>
    </w:p>
    <w:p>
      <w:r>
        <w:t>Le questionnaire comprend quatre sections : objectifs de la formation, contenu et supports, formateur, organisation. Chaque section propose des affirmations avec une échelle de satisfaction de 1 à 5 (1 = Pas du tout d'accord, 5 = Tout à fait d'accord). Une question ouverte permet des commentaires libres.</w:t>
      </w:r>
    </w:p>
    <w:p>
      <w:pPr>
        <w:pStyle w:val="Heading1"/>
      </w:pPr>
      <w:r>
        <w:t>Comment utiliser ce modèle</w:t>
      </w:r>
    </w:p>
    <w:p>
      <w:r>
        <w:t>Vous pouvez imprimer le PDF et le distribuer en version papier, ou l'utiliser comme base pour créer un formulaire en ligne (Google Forms, etc.). Adaptez les questions à votre domaine et à vos objectifs spécifiques.</w:t>
      </w:r>
    </w:p>
    <w:p>
      <w:pPr>
        <w:pStyle w:val="Heading1"/>
      </w:pPr>
      <w:r>
        <w:t>Modèle prêt à adapter</w:t>
      </w:r>
    </w:p>
    <w:p>
      <w:r>
        <w:t>QUESTIONNAIRE D'ÉVALUATION DE FORMATION Titre de la formation : [Titre] Date : [Date] Formateur : [Nom du formateur] Instructions : Veuillez indiquer votre degré d'accord avec chaque affirmation en entourant le chiffre correspondant (1 = Pas du tout d'accord, 5 = Tout à fait d'accord). Section 1 : Objectifs de la formation 1. Les objectifs de la formation étaient clairement définis. 1 2 3 4 5 2. La formation a répondu à mes attentes. 1 2 3 4 5 3. Les objectifs annoncés ont été atteints. 1 2 3 4 5 Section 2 : Contenu et supports 4. Le contenu était pertinent et bien organisé. 1 2 3 4 5 5. Les supports pédagogiques étaient de qualité. 1 2 3 4 5 6. Le rythme de la formation était adapté. 1 2 3 4 5 Section 3 : Formateur 7. Le formateur maîtrisait son sujet. 1 2 3 4 5 8. Le formateur a su capter mon intérêt. 1 2 3 4 5 9. Le formateur a répondu clairement à mes questions. 1 2 3 4 5 Section 4 : Organisation 10. La salle et les équipements étaient adaptés. 1 2 3 4 5 11. La durée de la formation était appropriée. 1 2 3 4 5 12. L'organisation logistique (inscription, horaires) était satisfaisante. 1 2 3 4 5 Commentaires libres : [Vos commentaires] Merci de votre participation !</w:t>
      </w:r>
    </w:p>
    <w:p>
      <w:pPr>
        <w:pStyle w:val="Heading1"/>
      </w:pPr>
      <w:r>
        <w:t>Checklist</w:t>
      </w:r>
    </w:p>
    <w:p>
      <w:r>
        <w:t>☐ Télécharger le modèle PDF</w:t>
      </w:r>
    </w:p>
    <w:p>
      <w:r>
        <w:t>☐ Personnaliser le titre et la date</w:t>
      </w:r>
    </w:p>
    <w:p>
      <w:r>
        <w:t>☐ Adapter les questions si nécessaire</w:t>
      </w:r>
    </w:p>
    <w:p>
      <w:r>
        <w:t>☐ Imprimer ou distribuer en ligne</w:t>
      </w:r>
    </w:p>
    <w:p>
      <w:r>
        <w:t>☐ Collecter les réponses</w:t>
      </w:r>
    </w:p>
    <w:p>
      <w:r>
        <w:t>☐ Analyser les résultats</w:t>
      </w:r>
    </w:p>
    <w:p>
      <w:r>
        <w:t>☐ Mettre en place des actions d'amélioration</w:t>
      </w:r>
    </w:p>
    <w:p>
      <w:pPr>
        <w:pStyle w:val="Heading1"/>
      </w:pPr>
      <w:r>
        <w:t>Questions fréquentes</w:t>
      </w:r>
    </w:p>
    <w:p>
      <w:r>
        <w:rPr>
          <w:b/>
        </w:rPr>
        <w:t>Puis-je modifier le questionnaire ?</w:t>
      </w:r>
    </w:p>
    <w:p>
      <w:r>
        <w:t>Oui, le fichier PDF est fourni en lecture seule, mais vous pouvez utiliser le texte comme base pour créer votre propre version dans un traitement de texte. Adaptez-le à vos besoins.</w:t>
      </w:r>
    </w:p>
    <w:p>
      <w:r>
        <w:rPr>
          <w:b/>
        </w:rPr>
        <w:t>Ce questionnaire convient-il à tous les types de formation ?</w:t>
      </w:r>
    </w:p>
    <w:p>
      <w:r>
        <w:t>Le modèle est générique et peut être adapté. Pour des formations techniques ou pratiques, ajoutez des questions spécifiques sur les compétences acquises.</w:t>
      </w:r>
    </w:p>
    <w:p>
      <w:r>
        <w:rPr>
          <w:b/>
        </w:rPr>
        <w:t>Comment analyser les résultats ?</w:t>
      </w:r>
    </w:p>
    <w:p>
      <w:r>
        <w:t>Calculez la moyenne pour chaque question et identifiez les points faibles. Utilisez les commentaires libres pour obtenir des suggestions qualitatives.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