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questionnaire pour association Word gratuit</w:t>
      </w:r>
    </w:p>
    <w:p>
      <w:r>
        <w:t>Téléchargez gratuitement un modèle de questionnaire prêt à l'emploi pour votre association. Il vous aidera à sonder vos membres sur leur satisfaction, leurs attentes et leurs idées pour améliorer la vie de l'association.</w:t>
      </w:r>
    </w:p>
    <w:p>
      <w:r>
        <w:rPr>
          <w:b/>
        </w:rPr>
        <w:t>Ce questionnaire est un outil d'aide. Adaptez les questions à votre contexte et à vos objectifs. Assurez-vous de respecter les règles de protection des données (RGPD) lors de la collecte et du traitement des réponses.</w:t>
      </w:r>
    </w:p>
    <w:p>
      <w:pPr>
        <w:pStyle w:val="Heading1"/>
      </w:pPr>
      <w:r>
        <w:t>Mode d'emploi</w:t>
      </w:r>
    </w:p>
    <w:p>
      <w:pPr>
        <w:pStyle w:val="ListNumber"/>
      </w:pPr>
      <w:r>
        <w:t>Téléchargez le fichier Word via le lien ci-dessous.</w:t>
      </w:r>
    </w:p>
    <w:p>
      <w:pPr>
        <w:pStyle w:val="ListNumber"/>
      </w:pPr>
      <w:r>
        <w:t>Ouvrez le document et personnalisez l'en-tête avec le nom de votre association.</w:t>
      </w:r>
    </w:p>
    <w:p>
      <w:pPr>
        <w:pStyle w:val="ListNumber"/>
      </w:pPr>
      <w:r>
        <w:t>Modifiez ou ajoutez des questions en fonction de vos besoins.</w:t>
      </w:r>
    </w:p>
    <w:p>
      <w:pPr>
        <w:pStyle w:val="ListNumber"/>
      </w:pPr>
      <w:r>
        <w:t>Diffusez le questionnaire (papier, email, Google Forms) auprès de vos membres.</w:t>
      </w:r>
    </w:p>
    <w:p>
      <w:pPr>
        <w:pStyle w:val="ListNumber"/>
      </w:pPr>
      <w:r>
        <w:t>Collectez les réponses et analysez les résultats.</w:t>
      </w:r>
    </w:p>
    <w:p>
      <w:pPr>
        <w:pStyle w:val="ListNumber"/>
      </w:pPr>
      <w:r>
        <w:t>Utilisez les retours pour améliorer vos actions.</w:t>
      </w:r>
    </w:p>
    <w:p>
      <w:pPr>
        <w:pStyle w:val="Heading1"/>
      </w:pPr>
      <w:r>
        <w:t>Contenu du modèle</w:t>
      </w:r>
    </w:p>
    <w:p>
      <w:r>
        <w:t>Le questionnaire comprend des questions sur la satisfaction générale, la participation aux activités, les attentes, les suggestions d'amélioration, et des questions démographiques (âge, durée d'adhésion). Il se termine par un espace de commentaires libres.</w:t>
      </w:r>
    </w:p>
    <w:p>
      <w:pPr>
        <w:pStyle w:val="Heading1"/>
      </w:pPr>
      <w:r>
        <w:t>Comment personnaliser le questionnaire ?</w:t>
      </w:r>
    </w:p>
    <w:p>
      <w:r>
        <w:t>Vous pouvez adapter les questions en fonction de vos objectifs : si vous préparez un événement, posez des questions sur les préférences ; si vous voulez évaluer la communication, interrogez sur les canaux utilisés. Utilisez des échelles de satisfaction (1 à 5) pour quantifier les réponses.</w:t>
      </w:r>
    </w:p>
    <w:p>
      <w:pPr>
        <w:pStyle w:val="Heading1"/>
      </w:pPr>
      <w:r>
        <w:t>Modèle prêt à adapter</w:t>
      </w:r>
    </w:p>
    <w:p>
      <w:r>
        <w:t>[Nom de l'association] [Adresse] [Code postal] [Ville] Questionnaire de satisfaction et d'attentes Cher(e) adhérent(e), Afin de mieux répondre à vos besoins et d'améliorer nos activités, nous vous remercions de bien vouloir répondre à ce questionnaire. Cela ne vous prendra que quelques minutes. 1. Depuis combien de temps êtes-vous adhérent(e) ? ☐ Moins d'un an ☐ 1 à 3 ans ☐ Plus de 3 ans 2. Comment avez-vous connu notre association ? ☐ Bouche-à-oreille ☐ Réseaux sociaux ☐ Site web ☐ Autre : _______________ 3. Êtes-vous satisfait(e) des activités proposées ? ☐ Très satisfait(e) ☐ Satisfait(e) ☐ Peu satisfait(e) ☐ Pas satisfait(e) 4. Quels types d'activités préférez-vous ? (plusieurs choix possibles) ☐ Ateliers ☐ Sorties ☐ Conférences ☐ Projets solidaires ☐ Autre : _______________ 5. Participez-vous régulièrement aux événements ? ☐ Oui, souvent ☐ Oui, parfois ☐ Rarement ☐ Jamais 6. Qu'est-ce qui vous motiverait à participer davantage ? ☐ Plus de diversité ☐ Horaires plus flexibles ☐ Lieux plus accessibles ☐ Autre : _______________ 7. Comment évaluez-vous la communication de l'association ? ☐ Très bonne ☐ Bonne ☐ Moyenne ☐ Insuffisante 8. Quels canaux de communication préférez-vous ? ☐ Email ☐ Réseaux sociaux ☐ Newsletter ☐ Affichage ☐ Autre : _______________ 9. Seriez-vous prêt(e) à vous impliquer dans l'organisation ? ☐ Oui, avec plaisir ☐ Peut-être ☐ Non 10. Avez-vous des suggestions pour améliorer l'association ? ___________________________________________ Merci de votre participation ! Date : _______________ Merci de retourner ce questionnaire avant le [Date limite] à [Adresse email] ou de le déposer dans la boîte aux lettres de l'association.</w:t>
      </w:r>
    </w:p>
    <w:p>
      <w:pPr>
        <w:pStyle w:val="Heading1"/>
      </w:pPr>
      <w:r>
        <w:t>Checklist</w:t>
      </w:r>
    </w:p>
    <w:p>
      <w:r>
        <w:t>☐ Adapter l'en-tête avec le nom de l'association</w:t>
      </w:r>
    </w:p>
    <w:p>
      <w:r>
        <w:t>☐ Vérifier que les questions correspondent à vos objectifs</w:t>
      </w:r>
    </w:p>
    <w:p>
      <w:r>
        <w:t>☐ Ajouter une introduction expliquant le but du questionnaire</w:t>
      </w:r>
    </w:p>
    <w:p>
      <w:r>
        <w:t>☐ Prévoir des réponses anonymes si nécessaire</w:t>
      </w:r>
    </w:p>
    <w:p>
      <w:r>
        <w:t>☐ Tester le questionnaire avec quelques personnes avant diffusion</w:t>
      </w:r>
    </w:p>
    <w:p>
      <w:r>
        <w:t>☐ Choisir un canal de diffusion adapté (papier, en ligne)</w:t>
      </w:r>
    </w:p>
    <w:p>
      <w:r>
        <w:t>☐ Fixer une date limite de réponse</w:t>
      </w:r>
    </w:p>
    <w:p>
      <w:r>
        <w:t>☐ Analyser les résultats et communiquer les actions envisagées</w:t>
      </w:r>
    </w:p>
    <w:p>
      <w:pPr>
        <w:pStyle w:val="Heading1"/>
      </w:pPr>
      <w:r>
        <w:t>Questions fréquentes</w:t>
      </w:r>
    </w:p>
    <w:p>
      <w:r>
        <w:rPr>
          <w:b/>
        </w:rPr>
        <w:t>Puis-je modifier les questions ?</w:t>
      </w:r>
    </w:p>
    <w:p>
      <w:r>
        <w:t>Oui, le modèle est entièrement modifiable. Vous pouvez ajouter, supprimer ou reformuler des questions pour les adapter à votre contexte et à vos besoins spécifiques.</w:t>
      </w:r>
    </w:p>
    <w:p>
      <w:r>
        <w:rPr>
          <w:b/>
        </w:rPr>
        <w:t>Comment diffuser le questionnaire ?</w:t>
      </w:r>
    </w:p>
    <w:p>
      <w:r>
        <w:t>Vous pouvez l'imprimer et le distribuer lors d'une réunion, l'envoyer par email en pièce jointe, ou le transformer en formulaire en ligne avec Google Forms ou autre outil. Choisissez le canal le plus adapté à vos membres.</w:t>
      </w:r>
    </w:p>
    <w:p>
      <w:r>
        <w:rPr>
          <w:b/>
        </w:rPr>
        <w:t>Comment garantir l'anonymat des réponses ?</w:t>
      </w:r>
    </w:p>
    <w:p>
      <w:r>
        <w:t>Pour garantir l'anonymat, ne demandez pas le nom des participants et utilisez des questionnaires papier que les membres peuvent déposer dans une urne, ou un formulaire en ligne sans collecte d'adresse IP. Informez les participants de l'anonymat.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