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Modèle de Procès-Verbal de Réunion CSE à Télécharger (PDF)</w:t>
      </w:r>
    </w:p>
    <w:p>
      <w:r>
        <w:t>Ce modèle de procès-verbal de réunion CSE est conçu pour vous aider à consigner de manière structurée les discussions, décisions et votes de vos réunions. Téléchargez-le au format PDF, imprimez-le ou complétez-le numériquement.</w:t>
      </w:r>
    </w:p>
    <w:p>
      <w:r>
        <w:rPr>
          <w:b/>
        </w:rPr>
        <w:t>Ce document est un modèle générique. Il ne remplace pas les obligations légales spécifiques au CSE. Faites-le valider par votre secrétaire ou un conseiller juridique avant utilisation.</w:t>
      </w:r>
    </w:p>
    <w:p>
      <w:pPr>
        <w:pStyle w:val="Heading1"/>
      </w:pPr>
      <w:r>
        <w:t>Mode d'emploi</w:t>
      </w:r>
    </w:p>
    <w:p>
      <w:pPr>
        <w:pStyle w:val="ListNumber"/>
      </w:pPr>
      <w:r>
        <w:t>Téléchargez le fichier PDF ci-dessous.</w:t>
      </w:r>
    </w:p>
    <w:p>
      <w:pPr>
        <w:pStyle w:val="ListNumber"/>
      </w:pPr>
      <w:r>
        <w:t>Remplissez les informations relatives à la réunion (date, heure, participants).</w:t>
      </w:r>
    </w:p>
    <w:p>
      <w:pPr>
        <w:pStyle w:val="ListNumber"/>
      </w:pPr>
      <w:r>
        <w:t>Notez l'ordre du jour, les discussions, les décisions et les résultats des votes.</w:t>
      </w:r>
    </w:p>
    <w:p>
      <w:pPr>
        <w:pStyle w:val="ListNumber"/>
      </w:pPr>
      <w:r>
        <w:t>Faites signer le PV par le secrétaire et le président, puis diffusez-le aux membres.</w:t>
      </w:r>
    </w:p>
    <w:p>
      <w:pPr>
        <w:pStyle w:val="Heading1"/>
      </w:pPr>
      <w:r>
        <w:t>Aperçu du modèle</w:t>
      </w:r>
    </w:p>
    <w:p>
      <w:r>
        <w:t>Le modèle comprend des sections pour l'ordre du jour, les discussions, les décisions, les votes et les signatures.</w:t>
      </w:r>
    </w:p>
    <w:p>
      <w:pPr>
        <w:pStyle w:val="Heading1"/>
      </w:pPr>
      <w:r>
        <w:t>Modèle prêt à adapter</w:t>
      </w:r>
    </w:p>
    <w:p>
      <w:r>
        <w:t>PROCÈS-VERBAL DE LA RÉUNION DU CSE Entreprise : [Nom de l'entreprise] Date de la réunion : [Date] Heure de début : [Heure] Lieu : [Lieu] Membres présents : [Liste] Membres absents excusés : [Liste] Invités : [Liste] Ordre du jour : 1. [Point 1] 2. [Point 2] 3. [Point 3] Déroulement de la réunion : Point 1 : [Titre] Discussions : [Résumé] Décisions : [Décisions] Votes (si nécessaire) : [Détail du vote] Point 2 : [Titre] Discussions : [Résumé] Décisions : [Décisions] Votes : [Détail] Point 3 : [Titre] Discussions : [Résumé] Décisions : [Décisions] Votes : [Détail] Prochaine réunion : [Date] La séance est levée à [Heure]. Le secrétaire : [Nom et signature] Le président : [Nom et signature]</w:t>
      </w:r>
    </w:p>
    <w:p>
      <w:pPr>
        <w:pStyle w:val="Heading1"/>
      </w:pPr>
      <w:r>
        <w:t>Checklist</w:t>
      </w:r>
    </w:p>
    <w:p>
      <w:r>
        <w:t>☐ Date, heure et lieu de la réunion sont indiqués.</w:t>
      </w:r>
    </w:p>
    <w:p>
      <w:r>
        <w:t>☐ Liste des présents, absents et invités est complète.</w:t>
      </w:r>
    </w:p>
    <w:p>
      <w:r>
        <w:t>☐ Ordre du jour est détaillé.</w:t>
      </w:r>
    </w:p>
    <w:p>
      <w:r>
        <w:t>☐ Chaque point a été discuté et les décisions sont consignées.</w:t>
      </w:r>
    </w:p>
    <w:p>
      <w:r>
        <w:t>☐ Les résultats des votes sont précisés (nombre de voix, pour/contre/abstentions).</w:t>
      </w:r>
    </w:p>
    <w:p>
      <w:r>
        <w:t>☐ Le PV est signé par le secrétaire et le président.</w:t>
      </w:r>
    </w:p>
    <w:p>
      <w:r>
        <w:t>☐ Le PV est transmis aux membres dans les délais légaux.</w:t>
      </w:r>
    </w:p>
    <w:p>
      <w:pPr>
        <w:pStyle w:val="Heading1"/>
      </w:pPr>
      <w:r>
        <w:t>Questions fréquentes</w:t>
      </w:r>
    </w:p>
    <w:p>
      <w:r>
        <w:rPr>
          <w:b/>
        </w:rPr>
        <w:t>Quel délai pour diffuser le PV de réunion CSE ?</w:t>
      </w:r>
    </w:p>
    <w:p>
      <w:r>
        <w:t>Le PV doit être transmis aux membres du CSE dans un délai de 15 jours suivant la réunion, sauf dispositions conventionnelles différentes. Il est ensuite affiché ou mis à disposition des salariés.</w:t>
      </w:r>
    </w:p>
    <w:p>
      <w:r>
        <w:rPr>
          <w:b/>
        </w:rPr>
        <w:t>Le PV doit-il être approuvé en début de réunion suivante ?</w:t>
      </w:r>
    </w:p>
    <w:p>
      <w:r>
        <w:t>Oui, le PV est généralement soumis à l'approbation des membres lors de la réunion suivante. Les modifications éventuelles sont alors consignées.</w:t>
      </w:r>
    </w:p>
    <w:p>
      <w:r>
        <w:rPr>
          <w:b/>
        </w:rPr>
        <w:t>Ce modèle est-il conforme à la réglementation ?</w:t>
      </w:r>
    </w:p>
    <w:p>
      <w:r>
        <w:t>Ce modèle est un outil pratique mais il ne remplace pas les conseils d'un expert. Pour une conformité totale, faites-le vérifier par un professionnel du droit du travail.</w:t>
      </w:r>
    </w:p>
    <w:p>
      <w:r>
        <w:t>Ressource créée par TopExemples.fr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