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Modèle de proposition commerciale Word gratuit</w:t>
      </w:r>
    </w:p>
    <w:p>
      <w:r>
        <w:t>Téléchargez gratuitement un modèle de proposition commerciale au format Word (.docx), prêt à être personnalisé selon vos besoins. Ce document structuré vous permet de gagner du temps et de présenter une offre professionnelle à vos prospects.</w:t>
      </w:r>
    </w:p>
    <w:p>
      <w:r>
        <w:rPr>
          <w:b/>
        </w:rPr>
        <w:t>Ce modèle est fourni à titre indicatif. Adaptez-le à votre activité et faites-le valider par un professionnel si nécessaire.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Téléchargez le fichier Word via le lien ci-dessous.</w:t>
      </w:r>
    </w:p>
    <w:p>
      <w:pPr>
        <w:pStyle w:val="ListNumber"/>
      </w:pPr>
      <w:r>
        <w:t>Ouvrez le document avec Microsoft Word ou un logiciel compatible.</w:t>
      </w:r>
    </w:p>
    <w:p>
      <w:pPr>
        <w:pStyle w:val="ListNumber"/>
      </w:pPr>
      <w:r>
        <w:t>Remplacez les informations entre crochets par vos données : nom de l'entreprise, coordonnées, date, etc.</w:t>
      </w:r>
    </w:p>
    <w:p>
      <w:pPr>
        <w:pStyle w:val="ListNumber"/>
      </w:pPr>
      <w:r>
        <w:t>Personnalisez l'offre, les tarifs et les conditions selon votre proposition.</w:t>
      </w:r>
    </w:p>
    <w:p>
      <w:pPr>
        <w:pStyle w:val="ListNumber"/>
      </w:pPr>
      <w:r>
        <w:t>Enregistrez le fichier sous un nom clair et envoyez-le à votre prospect en PDF si souhaité.</w:t>
      </w:r>
    </w:p>
    <w:p>
      <w:pPr>
        <w:pStyle w:val="Heading1"/>
      </w:pPr>
      <w:r>
        <w:t>Contenu du modèle</w:t>
      </w:r>
    </w:p>
    <w:p>
      <w:r>
        <w:t>Le modèle comprend les sections suivantes : en-tête avec logo et coordonnées, objet de la proposition, introduction, description de l'offre (produits ou services), tarification détaillée, conditions générales (validité, délais, paiement), et espace pour signature.</w:t>
      </w:r>
    </w:p>
    <w:p>
      <w:pPr>
        <w:pStyle w:val="Heading1"/>
      </w:pPr>
      <w:r>
        <w:t>Comment personnaliser</w:t>
      </w:r>
    </w:p>
    <w:p>
      <w:r>
        <w:t>Chaque champ entre crochets, comme [Nom de l'entreprise] ou [Montant], doit être remplacé. Utilisez les styles Word pour harmoniser la mise en forme. Pensez à adapter le ton et le contenu à votre secteur.</w:t>
      </w:r>
    </w:p>
    <w:p>
      <w:pPr>
        <w:pStyle w:val="Heading1"/>
      </w:pPr>
      <w:r>
        <w:t>Modèle prêt à adapter</w:t>
      </w:r>
    </w:p>
    <w:p>
      <w:r>
        <w:t>[Logo de l'entreprise] [Nom de l'entreprise] [Adresse] [Code postal] [Ville] [Téléphone] | [Email] PROPOSITION COMMERCIALE Date : [Date] À l'attention de : [Nom du prospect] [Société du prospect] [Adresse du prospect] Objet : Proposition pour [description du projet] Madame, Monsieur, [Introduction : rappel du contexte, remerciements pour l'intérêt] 1. Notre offre [Description détaillée des produits ou services proposés] 2. Tarification | Désignation | Quantité | Prix unitaire HT | Total HT | |------------|----------|------------------|----------| | [Produit] | [Qté] | [Prix] | [Total] | Total HT : [Montant] € TVA (20%) : [Montant] € Total TTC : [Montant] € 3. Conditions - Délai de réalisation : [Délai] - Modalités de paiement : [Ex : 30% à la commande, solde à la livraison] - Validité de l'offre : [Durée] - Garanties : [Garanties éventuelles] 4. Acceptation Pour accepter cette proposition, veuillez signer ci-dessous et nous retourner ce document. Fait à [Ville], le [Date] [Signature de l'entreprise] [Signature du prospect]</w:t>
      </w:r>
    </w:p>
    <w:p>
      <w:pPr>
        <w:pStyle w:val="Heading1"/>
      </w:pPr>
      <w:r>
        <w:t>Checklist</w:t>
      </w:r>
    </w:p>
    <w:p>
      <w:r>
        <w:t>☐ J'ai remplacé toutes les informations entre crochets.</w:t>
      </w:r>
    </w:p>
    <w:p>
      <w:r>
        <w:t>☐ Le logo et les coordonnées sont corrects.</w:t>
      </w:r>
    </w:p>
    <w:p>
      <w:r>
        <w:t>☐ Les tarifs sont exacts et incluent la TVA si applicable.</w:t>
      </w:r>
    </w:p>
    <w:p>
      <w:r>
        <w:t>☐ Les conditions sont claires et conformes à ma politique.</w:t>
      </w:r>
    </w:p>
    <w:p>
      <w:r>
        <w:t>☐ Le document est relu et sans fautes.</w:t>
      </w:r>
    </w:p>
    <w:p>
      <w:r>
        <w:t>☐ J'ai enregistré le fichier en PDF pour l'envoi.</w:t>
      </w:r>
    </w:p>
    <w:p>
      <w:pPr>
        <w:pStyle w:val="Heading1"/>
      </w:pPr>
      <w:r>
        <w:t>Questions fréquentes</w:t>
      </w:r>
    </w:p>
    <w:p>
      <w:r>
        <w:rPr>
          <w:b/>
        </w:rPr>
        <w:t>Puis-je modifier le modèle Word ?</w:t>
      </w:r>
    </w:p>
    <w:p>
      <w:r>
        <w:t>Oui, le modèle est entièrement modifiable. Vous pouvez changer les textes, couleurs, polices et logos selon votre charte graphique.</w:t>
      </w:r>
    </w:p>
    <w:p>
      <w:r>
        <w:rPr>
          <w:b/>
        </w:rPr>
        <w:t>Ce modèle est-il adapté à tous les secteurs ?</w:t>
      </w:r>
    </w:p>
    <w:p>
      <w:r>
        <w:t>Le modèle est générique et peut être adapté à la plupart des activités (services, produits, B2B, B2C). Personnalisez le contenu pour qu'il corresponde à votre offre.</w:t>
      </w:r>
    </w:p>
    <w:p>
      <w:r>
        <w:rPr>
          <w:b/>
        </w:rPr>
        <w:t>Comment envoyer la proposition au client ?</w:t>
      </w:r>
    </w:p>
    <w:p>
      <w:r>
        <w:t>Une fois complété, vous pouvez l'exporter en PDF pour préserver la mise en forme et l'envoyer par email, ou l'imprimer pour une remise en main propre.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