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Projet Pédagogique Word à Télécharger</w:t>
      </w:r>
    </w:p>
    <w:p>
      <w:r>
        <w:t>Ce modèle de projet pédagogique vous aide à structurer votre démarche éducative de manière claire et professionnelle. Téléchargez-le, personnalisez-le selon votre contexte, et gagnez du temps dans la rédaction de vos projets.</w:t>
      </w:r>
    </w:p>
    <w:p>
      <w:r>
        <w:rPr>
          <w:b/>
        </w:rPr>
        <w:t>Ce document est un modèle générique. Adaptez-le à votre situation et aux exigences de votre établissement.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Word en cliquant sur le lien ci-dessous.</w:t>
      </w:r>
    </w:p>
    <w:p>
      <w:pPr>
        <w:pStyle w:val="ListNumber"/>
      </w:pPr>
      <w:r>
        <w:t>Ouvrez le document avec Microsoft Word ou un logiciel compatible.</w:t>
      </w:r>
    </w:p>
    <w:p>
      <w:pPr>
        <w:pStyle w:val="ListNumber"/>
      </w:pPr>
      <w:r>
        <w:t>Remplacez les champs entre crochets par vos informations.</w:t>
      </w:r>
    </w:p>
    <w:p>
      <w:pPr>
        <w:pStyle w:val="ListNumber"/>
      </w:pPr>
      <w:r>
        <w:t>Personnalisez les sections selon votre projet.</w:t>
      </w:r>
    </w:p>
    <w:p>
      <w:pPr>
        <w:pStyle w:val="ListNumber"/>
      </w:pPr>
      <w:r>
        <w:t>Enregistrez et exportez en PDF si nécessaire.</w:t>
      </w:r>
    </w:p>
    <w:p>
      <w:pPr>
        <w:pStyle w:val="Heading1"/>
      </w:pPr>
      <w:r>
        <w:t>Aperçu du modèle</w:t>
      </w:r>
    </w:p>
    <w:p>
      <w:r>
        <w:t>Le modèle comprend les sections suivantes : identification du projet, objectifs, public cible, déroulement, moyens, évaluation, et budget. Chaque section est prête à être remplie.</w:t>
      </w:r>
    </w:p>
    <w:p>
      <w:pPr>
        <w:pStyle w:val="Heading1"/>
      </w:pPr>
      <w:r>
        <w:t>Instructions d'utilisation</w:t>
      </w:r>
    </w:p>
    <w:p>
      <w:r>
        <w:t>Utilisez ce modèle pour élaborer un projet pédagogique structuré. Il est conseillé de le compléter avec des informations précises et mesurables. Adaptez les tableaux et les listes à vos besoins.</w:t>
      </w:r>
    </w:p>
    <w:p>
      <w:pPr>
        <w:pStyle w:val="Heading1"/>
      </w:pPr>
      <w:r>
        <w:t>Modèle prêt à adapter</w:t>
      </w:r>
    </w:p>
    <w:p>
      <w:r>
        <w:t>PROJET PÉDAGOGIQUE 1. Identification du projet - Titre du projet : [Titre] - Établissement : [Nom de l'établissement] - Enseignant(e) responsable : [Nom] - Classe(s) concernée(s) : [Niveau] - Année scolaire : [Année] 2. Contexte et justification - Description du contexte : [Décrivez le contexte] - Problème ou besoin identifié : [Décrivez le besoin] - Objectifs généraux : [Objectifs] 3. Objectifs pédagogiques - Objectif principal : [Objectif] - Objectifs spécifiques : - [Objectif 1] - [Objectif 2] - [Objectif 3] 4. Public cible - Nombre d'élèves : [Nombre] - Profil des élèves : [Profil] - Prérequis : [Prérequis] 5. Déroulement du projet - Durée totale : [Durée] - Étapes clés : 1. [Étape 1] 2. [Étape 2] 3. [Étape 3] - Activités prévues : [Détail] 6. Moyens et ressources - Matériel nécessaire : [Matériel] - Ressources humaines : [Ressources] - Budget prévisionnel : [Budget] 7. Évaluation - Critères d'évaluation : [Critères] - Modalités d'évaluation : [Modalités] - Indicateurs de réussite : [Indicateurs] 8. Annexes - Documents complémentaires : [Liste]</w:t>
      </w:r>
    </w:p>
    <w:p>
      <w:pPr>
        <w:pStyle w:val="Heading1"/>
      </w:pPr>
      <w:r>
        <w:t>Checklist</w:t>
      </w:r>
    </w:p>
    <w:p>
      <w:r>
        <w:t>☐ Avoir défini un titre clair et explicite.</w:t>
      </w:r>
    </w:p>
    <w:p>
      <w:r>
        <w:t>☐ Avoir identifié le contexte et le besoin.</w:t>
      </w:r>
    </w:p>
    <w:p>
      <w:r>
        <w:t>☐ Avoir formulé des objectifs spécifiques et mesurables.</w:t>
      </w:r>
    </w:p>
    <w:p>
      <w:r>
        <w:t>☐ Avoir précisé le public cible.</w:t>
      </w:r>
    </w:p>
    <w:p>
      <w:r>
        <w:t>☐ Avoir planifié les étapes et les activités.</w:t>
      </w:r>
    </w:p>
    <w:p>
      <w:r>
        <w:t>☐ Avoir listé les moyens et le budget.</w:t>
      </w:r>
    </w:p>
    <w:p>
      <w:r>
        <w:t>☐ Avoir défini les critères d'évaluation.</w:t>
      </w:r>
    </w:p>
    <w:p>
      <w:r>
        <w:t>☐ Avoir relu et corrigé le document.</w:t>
      </w:r>
    </w:p>
    <w:p>
      <w:pPr>
        <w:pStyle w:val="Heading1"/>
      </w:pPr>
      <w:r>
        <w:t>Questions fréquentes</w:t>
      </w:r>
    </w:p>
    <w:p>
      <w:r>
        <w:rPr>
          <w:b/>
        </w:rPr>
        <w:t>Puis-je modifier le modèle ?</w:t>
      </w:r>
    </w:p>
    <w:p>
      <w:r>
        <w:t>Oui, le modèle est entièrement modifiable. Vous pouvez ajouter, supprimer ou modifier les sections selon vos besoins.</w:t>
      </w:r>
    </w:p>
    <w:p>
      <w:r>
        <w:rPr>
          <w:b/>
        </w:rPr>
        <w:t>Ce modèle convient-il à tous les niveaux scolaires ?</w:t>
      </w:r>
    </w:p>
    <w:p>
      <w:r>
        <w:t>Oui, il est adaptable à tous les niveaux, de la maternelle au lycée. Il suffit d'ajuster le contenu.</w:t>
      </w:r>
    </w:p>
    <w:p>
      <w:r>
        <w:rPr>
          <w:b/>
        </w:rPr>
        <w:t>Comment intégrer ce modèle dans un dossier plus large ?</w:t>
      </w:r>
    </w:p>
    <w:p>
      <w:r>
        <w:t>Vous pouvez copier-coller les sections dans votre document principal ou l'utiliser comme base pour construire votre projet.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