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projet pédagogique PDF à télécharger</w:t>
      </w:r>
    </w:p>
    <w:p>
      <w:r>
        <w:t>Ce modèle de projet pédagogique au format PDF vous aide à concevoir un projet structuré et convaincant. Téléchargez-le, remplissez-le avec vos informations et utilisez l'exemple fourni pour vous inspirer.</w:t>
      </w:r>
    </w:p>
    <w:p>
      <w:r>
        <w:rPr>
          <w:b/>
        </w:rPr>
        <w:t>Ce modèle est fourni à titre indicatif. Adaptez-le à votre contexte éducatif et aux exigences de votre institution. Faites valider votre projet par les personnes compétentes avant sa mise en œuvre.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PDF du modèle.</w:t>
      </w:r>
    </w:p>
    <w:p>
      <w:pPr>
        <w:pStyle w:val="ListNumber"/>
      </w:pPr>
      <w:r>
        <w:t>Ouvrez-le avec un lecteur PDF et imprimez-le ou utilisez un logiciel d'édition PDF pour le remplir.</w:t>
      </w:r>
    </w:p>
    <w:p>
      <w:pPr>
        <w:pStyle w:val="ListNumber"/>
      </w:pPr>
      <w:r>
        <w:t>Remplissez chaque section en suivant les instructions.</w:t>
      </w:r>
    </w:p>
    <w:p>
      <w:pPr>
        <w:pStyle w:val="ListNumber"/>
      </w:pPr>
      <w:r>
        <w:t>Utilisez l'exemple fourni pour vous guider dans la rédaction.</w:t>
      </w:r>
    </w:p>
    <w:p>
      <w:pPr>
        <w:pStyle w:val="Heading1"/>
      </w:pPr>
      <w:r>
        <w:t>Contenu du modèle</w:t>
      </w:r>
    </w:p>
    <w:p>
      <w:r>
        <w:t>Le modèle comprend les sections : contexte, objectifs, public visé, activités, évaluation, budget. Chaque section est accompagnée de consignes pour vous aider à la compléter.</w:t>
      </w:r>
    </w:p>
    <w:p>
      <w:pPr>
        <w:pStyle w:val="Heading1"/>
      </w:pPr>
      <w:r>
        <w:t>Exemple rempli</w:t>
      </w:r>
    </w:p>
    <w:p>
      <w:r>
        <w:t>Un exemple de projet pédagogique sur le thème de l'éducation au développement durable est fourni dans le PDF. Il illustre comment remplir chaque section.</w:t>
      </w:r>
    </w:p>
    <w:p>
      <w:pPr>
        <w:pStyle w:val="Heading1"/>
      </w:pPr>
      <w:r>
        <w:t>Modèle prêt à adapter</w:t>
      </w:r>
    </w:p>
    <w:p>
      <w:r>
        <w:t>PROJET PÉDAGOGIQUE Titre du projet : [Titre] 1. CONTEXTE [Présentez le contexte : établissement, classe, besoins identifiés, problématique.] 2. OBJECTIFS Objectif général : [Objectif global] Objectifs spécifiques : - [Objectif 1] - [Objectif 2] - [Objectif 3] 3. PUBLIC VISÉ [Nombre d'élèves, âge, niveau, particularités.] 4. ACTIVITÉS [Listez les activités prévues avec leur déroulement, durée, matériel nécessaire.] - Activité 1 : [Description] - Activité 2 : [Description] - Activité 3 : [Description] 5. ÉVALUATION [Indiquez les critères et les modalités d'évaluation : formative, sommative, indicateurs.] 6. BUDGET [Estimez les coûts : matériel, sorties, intervenants, etc.] - Poste 1 : [Montant] - Poste 2 : [Montant] - Total : [Montant]</w:t>
      </w:r>
    </w:p>
    <w:p>
      <w:pPr>
        <w:pStyle w:val="Heading1"/>
      </w:pPr>
      <w:r>
        <w:t>Checklist</w:t>
      </w:r>
    </w:p>
    <w:p>
      <w:r>
        <w:t>☐ Titre clair et évocateur</w:t>
      </w:r>
    </w:p>
    <w:p>
      <w:r>
        <w:t>☐ Contexte précis (établissement, classe, besoins)</w:t>
      </w:r>
    </w:p>
    <w:p>
      <w:r>
        <w:t>☐ Objectifs généraux et spécifiques formulés correctement</w:t>
      </w:r>
    </w:p>
    <w:p>
      <w:r>
        <w:t>☐ Public visé défini (âge, niveau, effectif)</w:t>
      </w:r>
    </w:p>
    <w:p>
      <w:r>
        <w:t>☐ Activités détaillées (durée, matériel, déroulement)</w:t>
      </w:r>
    </w:p>
    <w:p>
      <w:r>
        <w:t>☐ Évaluation prévue (critères, modalités)</w:t>
      </w:r>
    </w:p>
    <w:p>
      <w:r>
        <w:t>☐ Budget estimé et justifié</w:t>
      </w:r>
    </w:p>
    <w:p>
      <w:r>
        <w:t>☐ Cohérence entre objectifs, activités et évaluation</w:t>
      </w:r>
    </w:p>
    <w:p>
      <w:r>
        <w:t>☐ Relecture et validation par l'équipe pédagogique</w:t>
      </w:r>
    </w:p>
    <w:p>
      <w:pPr>
        <w:pStyle w:val="Heading1"/>
      </w:pPr>
      <w:r>
        <w:t>Questions fréquentes</w:t>
      </w:r>
    </w:p>
    <w:p>
      <w:r>
        <w:rPr>
          <w:b/>
        </w:rPr>
        <w:t>Puis-je utiliser ce modèle pour tout type de projet pédagogique ?</w:t>
      </w:r>
    </w:p>
    <w:p>
      <w:r>
        <w:t>Oui, ce modèle est générique et peut être adapté à différents domaines (culturel, scientifique, artistique, etc.). Il vous suffit de personnaliser le contenu.</w:t>
      </w:r>
    </w:p>
    <w:p>
      <w:r>
        <w:rPr>
          <w:b/>
        </w:rPr>
        <w:t>Comment définir des objectifs pédagogiques efficaces ?</w:t>
      </w:r>
    </w:p>
    <w:p>
      <w:r>
        <w:t>Utilisez la méthode SMART : Spécifiques, Mesurables, Atteignables, Réalistes, Temporellement définis. Formulez des objectifs centrés sur l'apprenant.</w:t>
      </w:r>
    </w:p>
    <w:p>
      <w:r>
        <w:rPr>
          <w:b/>
        </w:rPr>
        <w:t>Quelle est la différence entre objectif général et objectifs spécifiques ?</w:t>
      </w:r>
    </w:p>
    <w:p>
      <w:r>
        <w:t>L'objectif général est une intention globale et large. Les objectifs spécifiques sont des étapes concrètes et mesurables qui permettent d'atteindre l'objectif général.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