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Projet Développement Durable</w:t>
      </w:r>
    </w:p>
    <w:p>
      <w:r>
        <w:t>Ce modèle vous aide à structurer un projet de développement durable, de la définition des objectifs jusqu'au suivi des indicateurs. Utilisez-le pour formaliser votre initiative, que ce soit en entreprise, en association ou dans un cadre scolaire.</w:t>
      </w:r>
    </w:p>
    <w:p>
      <w:r>
        <w:rPr>
          <w:b/>
        </w:rPr>
        <w:t>Ce document est un support générique. Adaptez-le à votre contexte et, si nécessaire, faites-le valider par les parties prenantes concernées.</w:t>
      </w:r>
    </w:p>
    <w:p>
      <w:pPr>
        <w:pStyle w:val="Heading1"/>
      </w:pPr>
      <w:r>
        <w:t>Mode d'emploi</w:t>
      </w:r>
    </w:p>
    <w:p>
      <w:pPr>
        <w:pStyle w:val="ListNumber"/>
      </w:pPr>
      <w:r>
        <w:t>Téléchargez le modèle ci-dessous ou copiez le texte.</w:t>
      </w:r>
    </w:p>
    <w:p>
      <w:pPr>
        <w:pStyle w:val="ListNumber"/>
      </w:pPr>
      <w:r>
        <w:t>Remplissez chaque section avec des informations concrètes.</w:t>
      </w:r>
    </w:p>
    <w:p>
      <w:pPr>
        <w:pStyle w:val="ListNumber"/>
      </w:pPr>
      <w:r>
        <w:t>Validez le budget et les indicateurs avec votre équipe.</w:t>
      </w:r>
    </w:p>
    <w:p>
      <w:pPr>
        <w:pStyle w:val="ListNumber"/>
      </w:pPr>
      <w:r>
        <w:t>Utilisez le document comme référence pour le suivi et la communication.</w:t>
      </w:r>
    </w:p>
    <w:p>
      <w:pPr>
        <w:pStyle w:val="Heading1"/>
      </w:pPr>
      <w:r>
        <w:t>Instructions d'utilisation</w:t>
      </w:r>
    </w:p>
    <w:p>
      <w:r>
        <w:t>Ce modèle est conçu pour être simple et adaptable. Commencez par le contexte, puis définissez des objectifs précis et mesurables. Décrivez les actions de manière opérationnelle, et choisissez des indicateurs pertinents pour évaluer l'impact. Le budget doit être réaliste et réparti par poste.</w:t>
      </w:r>
    </w:p>
    <w:p>
      <w:pPr>
        <w:pStyle w:val="Heading1"/>
      </w:pPr>
      <w:r>
        <w:t>Modèle prêt à adapter</w:t>
      </w:r>
    </w:p>
    <w:p>
      <w:r>
        <w:t>MODÈLE DE PROJET DÉVELOPPEMENT DURABLE 1. INFORMATIONS GÉNÉRALES Nom du projet : [Nom du projet] Porteur du projet : [Nom de la structure] Date de début : [Date de début] Date de fin prévue : [Date de fin] Personne responsable : [Nom et fonction] 2. CONTEXTE ET JUSTIFICATION Pourquoi ce projet ? (Problème, opportunité, enjeu) : [Description du contexte] 3. OBJECTIFS Objectif général : [Objectif général] Objectifs spécifiques : - [Objectif spécifique 1] - [Objectif spécifique 2] - [Objectif spécifique 3] 4. ACTIONS PRÉVUES Action 1 : [Intitulé] Description : [Description] Calendrier : [Début – Fin] Responsable : [Nom] Action 2 : [Intitulé] Description : [Description] Calendrier : [Début – Fin] Responsable : [Nom] (Ajoutez autant d'actions que nécessaire) 5. INDICATEURS DE SUIVI ET D'ÉVALUATION Indicateur 1 : [Indicateur] – Cible : [Valeur] – Source de données : [Source] Indicateur 2 : [Indicateur] – Cible : [Valeur] – Source de données : [Source] Indicateur 3 : [Indicateur] – Cible : [Valeur] – Source de données : [Source] 6. BUDGET PRÉVISIONNEL Poste de dépense | Montant (€) - [Poste 1] : [Montant] - [Poste 2] : [Montant] - [Poste 3] : [Montant] Total : [Montant total] 7. PARTENAIRES ET FINANCEMENTS Partenaires éventuels : [Noms] Sources de financement : [Subventions, mécénat, etc.] 8. COMMUNICATION ET VALORISATION Comment allez-vous communiquer sur le projet ? [Moyens] 9. SUIVI ET ÉVALUATION FINALE Modalités de suivi : [Fréquence, outils] Critères de réussite : [Critères]</w:t>
      </w:r>
    </w:p>
    <w:p>
      <w:pPr>
        <w:pStyle w:val="Heading1"/>
      </w:pPr>
      <w:r>
        <w:t>Checklist</w:t>
      </w:r>
    </w:p>
    <w:p>
      <w:r>
        <w:t>☐ Avez-vous défini un objectif général clair ?</w:t>
      </w:r>
    </w:p>
    <w:p>
      <w:r>
        <w:t>☐ Les objectifs spécifiques sont-ils mesurables ?</w:t>
      </w:r>
    </w:p>
    <w:p>
      <w:r>
        <w:t>☐ Les actions sont-elles réalistes et planifiées ?</w:t>
      </w:r>
    </w:p>
    <w:p>
      <w:r>
        <w:t>☐ Les indicateurs sont-ils pertinents et faciles à suivre ?</w:t>
      </w:r>
    </w:p>
    <w:p>
      <w:r>
        <w:t>☐ Le budget est-il complet et justifié ?</w:t>
      </w:r>
    </w:p>
    <w:p>
      <w:r>
        <w:t>☐ Avez-vous identifié les partenaires et financements possibles ?</w:t>
      </w:r>
    </w:p>
    <w:p>
      <w:r>
        <w:t>☐ Le plan de communication est-il défini ?</w:t>
      </w:r>
    </w:p>
    <w:p>
      <w:r>
        <w:t>☐ Les critères d'évaluation sont-ils précis ?</w:t>
      </w:r>
    </w:p>
    <w:p>
      <w:pPr>
        <w:pStyle w:val="Heading1"/>
      </w:pPr>
      <w:r>
        <w:t>Questions fréquentes</w:t>
      </w:r>
    </w:p>
    <w:p>
      <w:r>
        <w:rPr>
          <w:b/>
        </w:rPr>
        <w:t>Comment adapter ce modèle à mon projet ?</w:t>
      </w:r>
    </w:p>
    <w:p>
      <w:r>
        <w:t>Vous pouvez modifier les sections, ajouter des actions ou des indicateurs, et personnaliser le budget selon vos besoins. L'important est de garder une structure logique qui facilite le suivi.</w:t>
      </w:r>
    </w:p>
    <w:p>
      <w:r>
        <w:rPr>
          <w:b/>
        </w:rPr>
        <w:t>Ce modèle convient-il à un projet scolaire ?</w:t>
      </w:r>
    </w:p>
    <w:p>
      <w:r>
        <w:t>Oui, il peut être simplifié pour un usage pédagogique. Vous pouvez réduire le nombre d'actions et d'indicateurs, et adapter le budget en conséquence.</w:t>
      </w:r>
    </w:p>
    <w:p>
      <w:r>
        <w:rPr>
          <w:b/>
        </w:rPr>
        <w:t>Quels sont les éléments clés pour un projet de développement durable ?</w:t>
      </w:r>
    </w:p>
    <w:p>
      <w:r>
        <w:t>Les éléments clés sont la définition d'objectifs clairs, des actions concrètes, des indicateurs de suivi, un budget réaliste et une communication efficace.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