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projet agricole Word gratuit à télécharger</w:t>
      </w:r>
    </w:p>
    <w:p>
      <w:r>
        <w:t>Ce modèle Word structuré vous aide à rédiger un projet agricole complet : résumé, contexte, objectifs, plan de production, budget et calendrier. Téléchargez-le gratuitement et personnalisez-le selon votre initiative.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Word (.docx) ci-dessous.</w:t>
      </w:r>
    </w:p>
    <w:p>
      <w:pPr>
        <w:pStyle w:val="ListNumber"/>
      </w:pPr>
      <w:r>
        <w:t>Ouvrez-le dans Microsoft Word ou un logiciel compatible.</w:t>
      </w:r>
    </w:p>
    <w:p>
      <w:pPr>
        <w:pStyle w:val="ListNumber"/>
      </w:pPr>
      <w:r>
        <w:t>Remplacez les textes entre crochets par vos informations.</w:t>
      </w:r>
    </w:p>
    <w:p>
      <w:pPr>
        <w:pStyle w:val="ListNumber"/>
      </w:pPr>
      <w:r>
        <w:t>Enregistrez et exportez en PDF si nécessaire.</w:t>
      </w:r>
    </w:p>
    <w:p>
      <w:pPr>
        <w:pStyle w:val="Heading1"/>
      </w:pPr>
      <w:r>
        <w:t>Contenu du modèle</w:t>
      </w:r>
    </w:p>
    <w:p>
      <w:r>
        <w:t>Le modèle comprend toutes les sections essentielles d'un projet agricole : résumé exécutif, contexte et justification, objectifs, plan de production, plan financier, calendrier de mise en œuvre, et annexes. Il est conçu pour être facilement adaptable.</w:t>
      </w:r>
    </w:p>
    <w:p>
      <w:pPr>
        <w:pStyle w:val="Heading1"/>
      </w:pPr>
      <w:r>
        <w:t>Comment l'utiliser ?</w:t>
      </w:r>
    </w:p>
    <w:p>
      <w:r>
        <w:t>Commencez par lire le modèle en entier pour comprendre la structure. Ensuite, remplissez chaque section avec vos données réelles. Utilisez les indications entre crochets comme guide. N'hésitez pas à ajouter des sections si nécessaire.</w:t>
      </w:r>
    </w:p>
    <w:p>
      <w:pPr>
        <w:pStyle w:val="Heading1"/>
      </w:pPr>
      <w:r>
        <w:t>Modèle prêt à adapter</w:t>
      </w:r>
    </w:p>
    <w:p>
      <w:r>
        <w:t>[Nom du projet] Résumé exécutif [Présentez en 10-15 lignes l'essentiel du projet : nature, localisation, objectifs, investissement, résultats attendus.] 1. Contexte et justification 1.1 Contexte général [Décrivez le contexte agricole local, les besoins du marché, les contraintes.] 1.2 Justification du projet [Pourquoi ce projet est nécessaire ? Quels problèmes résout-il ?] 2. Objectifs 2.1 Objectif global [Objectif général du projet.] 2.2 Objectifs spécifiques - [Objectif spécifique 1] - [Objectif spécifique 2] - [Objectif spécifique 3] 3. Plan de production 3.1 Description des activités [Quelles cultures ou élevages ? Quelles techniques ?] 3.2 Calendrier cultural / d'élevage [Tableau ou liste des activités par mois.] 3.3 Ressources nécessaires - Terrain : [surface] - Eau : [source, besoins] - Intrants : [semences, engrais, etc.] - Main-d'œuvre : [nombre de personnes] - Équipements : [liste] 4. Plan financier 4.1 Investissement initial [Tableau des coûts d'installation : terrain, équipement, etc.] 4.2 Charges de fonctionnement [Coûts annuels : intrants, main-d'œuvre, etc.] 4.3 Produits attendus [Revenus estimés par vente.] 4.4 Financement [Montant demandé, apport personnel, autres sources.] 5. Calendrier de mise en œuvre [Tableau avec phases, activités, dates.] 6. Annexes [Documents complémentaires : plans, études, etc.] Signature : [Nom], [Date]</w:t>
      </w:r>
    </w:p>
    <w:p>
      <w:pPr>
        <w:pStyle w:val="Heading1"/>
      </w:pPr>
      <w:r>
        <w:t>Checklist</w:t>
      </w:r>
    </w:p>
    <w:p>
      <w:r>
        <w:t>☐ Remplir le résumé exécutif</w:t>
      </w:r>
    </w:p>
    <w:p>
      <w:r>
        <w:t>☐ Décrire le contexte et la justification</w:t>
      </w:r>
    </w:p>
    <w:p>
      <w:r>
        <w:t>☐ Définir des objectifs clairs</w:t>
      </w:r>
    </w:p>
    <w:p>
      <w:r>
        <w:t>☐ Détailler le plan de production</w:t>
      </w:r>
    </w:p>
    <w:p>
      <w:r>
        <w:t>☐ Établir un budget réaliste</w:t>
      </w:r>
    </w:p>
    <w:p>
      <w:r>
        <w:t>☐ Prévoir un calendrier</w:t>
      </w:r>
    </w:p>
    <w:p>
      <w:r>
        <w:t>☐ Relire et corriger le document</w:t>
      </w:r>
    </w:p>
    <w:p>
      <w:pPr>
        <w:pStyle w:val="Heading1"/>
      </w:pPr>
      <w:r>
        <w:t>Questions fréquentes</w:t>
      </w:r>
    </w:p>
    <w:p>
      <w:r>
        <w:rPr>
          <w:b/>
        </w:rPr>
        <w:t>Ce modèle convient-il à tous les types de projets agricoles ?</w:t>
      </w:r>
    </w:p>
    <w:p>
      <w:r>
        <w:t>Oui, il est générique et peut être adapté à l'élevage, aux cultures, à l'agroforesterie, etc. Personnalisez les sections selon votre activité.</w:t>
      </w:r>
    </w:p>
    <w:p>
      <w:r>
        <w:rPr>
          <w:b/>
        </w:rPr>
        <w:t>Puis-je l'utiliser pour une demande de financement ?</w:t>
      </w:r>
    </w:p>
    <w:p>
      <w:r>
        <w:t>Absolument. Ce modèle couvre les éléments clés attendus par les bailleurs de fonds. Assurez-vous de fournir des données chiffrées précises et réalistes.</w:t>
      </w:r>
    </w:p>
    <w:p>
      <w:r>
        <w:rPr>
          <w:b/>
        </w:rPr>
        <w:t>Comment personnaliser le modèle ?</w:t>
      </w:r>
    </w:p>
    <w:p>
      <w:r>
        <w:t>Remplacez simplement les textes entre crochets par vos informations. Vous pouvez aussi ajouter ou supprimer des sections selon vos besoins.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