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Procès-Verbal de Réunion à Télécharger (Word/PDF)</w:t>
      </w:r>
    </w:p>
    <w:p>
      <w:r>
        <w:t>Ce modèle de procès-verbal de réunion vous permet de consigner efficacement les points clés de vos réunions : date, participants, décisions et actions. Téléchargez la version Word ou PDF, personnalisez-la selon vos besoins, et suivez nos conseils pour une rédaction claire et professionnelle.</w:t>
      </w:r>
    </w:p>
    <w:p>
      <w:r>
        <w:rPr>
          <w:b/>
        </w:rPr>
        <w:t>Ce modèle est fourni à titre d'illustration. Adaptez-le au contexte de votre organisation. Il ne constitue pas un document officiel et ne remplace pas un avis juridique.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ou PDF ci-dessous.</w:t>
      </w:r>
    </w:p>
    <w:p>
      <w:pPr>
        <w:pStyle w:val="ListNumber"/>
      </w:pPr>
      <w:r>
        <w:t>Remplissez l'en-tête avec les informations de la réunion.</w:t>
      </w:r>
    </w:p>
    <w:p>
      <w:pPr>
        <w:pStyle w:val="ListNumber"/>
      </w:pPr>
      <w:r>
        <w:t>Notez l'ordre du jour et les points discutés.</w:t>
      </w:r>
    </w:p>
    <w:p>
      <w:pPr>
        <w:pStyle w:val="ListNumber"/>
      </w:pPr>
      <w:r>
        <w:t>Consignez les décisions prises et les actions à suivre.</w:t>
      </w:r>
    </w:p>
    <w:p>
      <w:pPr>
        <w:pStyle w:val="ListNumber"/>
      </w:pPr>
      <w:r>
        <w:t>Faites relire et valider le document par les participants.</w:t>
      </w:r>
    </w:p>
    <w:p>
      <w:pPr>
        <w:pStyle w:val="ListNumber"/>
      </w:pPr>
      <w:r>
        <w:t>Archivez le procès-verbal pour référence future.</w:t>
      </w:r>
    </w:p>
    <w:p>
      <w:pPr>
        <w:pStyle w:val="Heading1"/>
      </w:pPr>
      <w:r>
        <w:t>Contenu du modèle</w:t>
      </w:r>
    </w:p>
    <w:p>
      <w:r>
        <w:t>Le modèle comprend : un en-tête avec date, heure, lieu et type de réunion ; une liste des participants et absents ; un ordre du jour ; des sections pour les discussions, décisions et actions ; et un espace pour les signatures.</w:t>
      </w:r>
    </w:p>
    <w:p>
      <w:pPr>
        <w:pStyle w:val="Heading1"/>
      </w:pPr>
      <w:r>
        <w:t>Conseils de rédaction</w:t>
      </w:r>
    </w:p>
    <w:p>
      <w:r>
        <w:t>Utilisez un langage neutre et objectif. Notez les décisions de manière claire et les actions avec un responsable et une échéance. Relisez le document pour éviter les erreurs. Distribuez-le rapidement aux participants.</w:t>
      </w:r>
    </w:p>
    <w:p>
      <w:pPr>
        <w:pStyle w:val="Heading1"/>
      </w:pPr>
      <w:r>
        <w:t>Modèle prêt à adapter</w:t>
      </w:r>
    </w:p>
    <w:p>
      <w:r>
        <w:t>PROCÈS-VERBAL DE RÉUNION Date : [Date] Heure : [Heure début] - [Heure fin] Lieu : [Lieu] Type de réunion : [Réunion d'équipe / Comité / Autre] Participants : - [Nom 1] - [Nom 2] - [Nom 3] Absents : - [Nom 4] Ordre du jour : 1. [Point 1] 2. [Point 2] 3. [Point 3] Discussions : [Point 1] : [Résumé des échanges] [Point 2] : [Résumé des échanges] [Point 3] : [Résumé des échanges] Décisions : - [Décision 1] - [Décision 2] Actions à suivre : | Action | Responsable | Échéance | |--------|-------------|----------| | [Action 1] | [Responsable] | [Date] | | [Action 2] | [Responsable] | [Date] | Prochaine réunion : [Date et heure] Signatures : [Président de séance] : __________________ [Secrétaire] : __________________</w:t>
      </w:r>
    </w:p>
    <w:p>
      <w:pPr>
        <w:pStyle w:val="Heading1"/>
      </w:pPr>
      <w:r>
        <w:t>Checklist</w:t>
      </w:r>
    </w:p>
    <w:p>
      <w:r>
        <w:t>☐ En-tête complet (date, heure, lieu)</w:t>
      </w:r>
    </w:p>
    <w:p>
      <w:r>
        <w:t>☐ Liste des participants et absents</w:t>
      </w:r>
    </w:p>
    <w:p>
      <w:r>
        <w:t>☐ Ordre du jour défini</w:t>
      </w:r>
    </w:p>
    <w:p>
      <w:r>
        <w:t>☐ Discussions résumées objectivement</w:t>
      </w:r>
    </w:p>
    <w:p>
      <w:r>
        <w:t>☐ Décisions clairement énoncées</w:t>
      </w:r>
    </w:p>
    <w:p>
      <w:r>
        <w:t>☐ Actions avec responsable et échéance</w:t>
      </w:r>
    </w:p>
    <w:p>
      <w:r>
        <w:t>☐ Date de la prochaine réunion</w:t>
      </w:r>
    </w:p>
    <w:p>
      <w:r>
        <w:t>☐ Signatures des personnes clés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procès-verbal et un compte rendu ?</w:t>
      </w:r>
    </w:p>
    <w:p>
      <w:r>
        <w:t>Le procès-verbal est un document officiel qui consigne les décisions et les discussions de manière factuelle. Le compte rendu est souvent plus synthétique et peut inclure des interprétations. Le procès-verbal est généralement signé et archivé.</w:t>
      </w:r>
    </w:p>
    <w:p>
      <w:r>
        <w:rPr>
          <w:b/>
        </w:rPr>
        <w:t>Doit-on faire signer le procès-verbal ?</w:t>
      </w:r>
    </w:p>
    <w:p>
      <w:r>
        <w:t>Idéalement, oui. La signature du président de séance et du secrétaire atteste de l'exactitude du document. Les participants peuvent également le signer pour valider leur accord.</w:t>
      </w:r>
    </w:p>
    <w:p>
      <w:r>
        <w:rPr>
          <w:b/>
        </w:rPr>
        <w:t>Comment gérer les absents ?</w:t>
      </w:r>
    </w:p>
    <w:p>
      <w:r>
        <w:t>Notez les absents dans la liste. Envoyez-leur une copie du procès-verbal et invitez-les à faire part de leurs remarques. Ils sont responsables de prendre connaissance des décisions.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