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portfolio PDF professionnel à télécharger</w:t>
      </w:r>
    </w:p>
    <w:p>
      <w:r>
        <w:t>Ce modèle de portfolio PDF vous permet de créer un document visuellement percutant pour mettre en valeur vos compétences et réalisations. Téléchargez-le, personnalisez-le avec vos informations et impressionnez recruteurs ou clients.</w:t>
      </w:r>
    </w:p>
    <w:p>
      <w:r>
        <w:rPr>
          <w:b/>
        </w:rPr>
        <w:t>Ce modèle est fourni à titre d'exemple. Adaptez-le à votre domaine et à vos besoins. Les informations que vous y inscrivez doivent être exactes et à jour.</w:t>
      </w:r>
    </w:p>
    <w:p>
      <w:pPr>
        <w:pStyle w:val="Heading1"/>
      </w:pPr>
      <w:r>
        <w:t>Mode d'emploi</w:t>
      </w:r>
    </w:p>
    <w:p>
      <w:pPr>
        <w:pStyle w:val="ListNumber"/>
      </w:pPr>
      <w:r>
        <w:t>Téléchargez le fichier PDF modifiable en cliquant sur le lien ci-dessous.</w:t>
      </w:r>
    </w:p>
    <w:p>
      <w:pPr>
        <w:pStyle w:val="ListNumber"/>
      </w:pPr>
      <w:r>
        <w:t>Ouvrez le fichier avec un lecteur PDF compatible (Adobe Acrobat, Foxit Reader, etc.).</w:t>
      </w:r>
    </w:p>
    <w:p>
      <w:pPr>
        <w:pStyle w:val="ListNumber"/>
      </w:pPr>
      <w:r>
        <w:t>Cliquez sur chaque zone de texte pour insérer vos informations personnelles et professionnelles.</w:t>
      </w:r>
    </w:p>
    <w:p>
      <w:pPr>
        <w:pStyle w:val="ListNumber"/>
      </w:pPr>
      <w:r>
        <w:t>Remplacez les images par vos propres réalisations (captures d'écran, photos, etc.).</w:t>
      </w:r>
    </w:p>
    <w:p>
      <w:pPr>
        <w:pStyle w:val="ListNumber"/>
      </w:pPr>
      <w:r>
        <w:t>Enregistrez le fichier sous un nom clair, par exemple 'Portfolio_Nom_Prenom.pdf'.</w:t>
      </w:r>
    </w:p>
    <w:p>
      <w:pPr>
        <w:pStyle w:val="ListNumber"/>
      </w:pPr>
      <w:r>
        <w:t>Exportez en PDF si nécessaire pour une diffusion facile.</w:t>
      </w:r>
    </w:p>
    <w:p>
      <w:pPr>
        <w:pStyle w:val="Heading1"/>
      </w:pPr>
      <w:r>
        <w:t>Contenu du modèle</w:t>
      </w:r>
    </w:p>
    <w:p>
      <w:r>
        <w:t>Le modèle comprend les sections suivantes : une page de garde avec votre nom et titre professionnel, une section 'À propos' pour votre présentation, une section 'Compétences' avec des barres de progression, une section 'Expérience professionnelle' pour vos postes, une section 'Formation' pour vos diplômes, une section 'Projets' avec des emplacements pour vos réalisations, et une section 'Contact' avec vos coordonnées.</w:t>
      </w:r>
    </w:p>
    <w:p>
      <w:pPr>
        <w:pStyle w:val="Heading1"/>
      </w:pPr>
      <w:r>
        <w:t>Conseils de personnalisation</w:t>
      </w:r>
    </w:p>
    <w:p>
      <w:r>
        <w:t>Pour un impact maximal, choisissez une palette de couleurs cohérente avec votre secteur d'activité. Utilisez des polices professionnelles comme Arial ou Calibri. Soyez concis dans vos descriptions, privilégiez les résultats chiffrés. Ajoutez des liens vers vos profils en ligne (LinkedIn, portfolio en ligne). Relisez attentivement pour éviter les fautes.</w:t>
      </w:r>
    </w:p>
    <w:p>
      <w:pPr>
        <w:pStyle w:val="Heading1"/>
      </w:pPr>
      <w:r>
        <w:t>Exemples de sections</w:t>
      </w:r>
    </w:p>
    <w:p>
      <w:r>
        <w:t>Dans la section 'Projets', décrivez 3 à 5 projets significatifs. Pour chaque projet, indiquez le contexte, votre rôle, les actions menées et les résultats obtenus. Utilisez des verbes d'action comme 'créé', 'développé', 'géré'.</w:t>
      </w:r>
    </w:p>
    <w:p>
      <w:pPr>
        <w:pStyle w:val="Heading1"/>
      </w:pPr>
      <w:r>
        <w:t>Modèle prêt à adapter</w:t>
      </w:r>
    </w:p>
    <w:p>
      <w:r>
        <w:t>[Votre Prénom NOM] [Titre professionnel, ex. Graphiste] [Adresse] [Téléphone] [Email] [LinkedIn] À PROPOS [Paragraphe de présentation : votre parcours, vos spécialités, vos objectifs.] COMPÉTENCES [Compétence 1] : ████████░░ (80%) [Compétence 2] : ██████░░░░ (60%) [Compétence 3] : ██████████ (100%) EXPÉRIENCE PROFESSIONNELLE [Poste] – [Entreprise], [Lieu] [Dates] - [Réalisation 1] - [Réalisation 2] - [Réalisation 3] FORMATION [Diplôme] – [Établissement], [Lieu] [Dates] PROJETS [Projet 1] [Description : contexte, rôle, actions, résultats] [Projet 2] [Description] CONTACT [Email] [Téléphone] [Site web]</w:t>
      </w:r>
    </w:p>
    <w:p>
      <w:pPr>
        <w:pStyle w:val="Heading1"/>
      </w:pPr>
      <w:r>
        <w:t>Checklist</w:t>
      </w:r>
    </w:p>
    <w:p>
      <w:r>
        <w:t>☐ Avoir une photo professionnelle de bonne qualité</w:t>
      </w:r>
    </w:p>
    <w:p>
      <w:r>
        <w:t>☐ Vérifier la cohérence des couleurs et polices</w:t>
      </w:r>
    </w:p>
    <w:p>
      <w:r>
        <w:t>☐ Inclure vos coordonnées à jour</w:t>
      </w:r>
    </w:p>
    <w:p>
      <w:r>
        <w:t>☐ Personnaliser chaque section pour le poste visé</w:t>
      </w:r>
    </w:p>
    <w:p>
      <w:r>
        <w:t>☐ Relire pour éliminer les fautes d'orthographe</w:t>
      </w:r>
    </w:p>
    <w:p>
      <w:r>
        <w:t>☐ Exporter en PDF pour la diffusion</w:t>
      </w:r>
    </w:p>
    <w:p>
      <w:r>
        <w:t>☐ Tester l'ouverture sur plusieurs appareils</w:t>
      </w:r>
    </w:p>
    <w:p>
      <w:r>
        <w:t>☐ Demander un avis à un pair ou mentor</w:t>
      </w:r>
    </w:p>
    <w:p>
      <w:pPr>
        <w:pStyle w:val="Heading1"/>
      </w:pPr>
      <w:r>
        <w:t>Questions fréquentes</w:t>
      </w:r>
    </w:p>
    <w:p>
      <w:r>
        <w:rPr>
          <w:b/>
        </w:rPr>
        <w:t>Comment modifier le modèle PDF ?</w:t>
      </w:r>
    </w:p>
    <w:p>
      <w:r>
        <w:t>Utilisez un lecteur PDF qui permet l'édition, comme Adobe Acrobat Pro ou des outils gratuits comme PDFescape. Cliquez sur les champs texte prévus et remplacez le contenu par vos informations.</w:t>
      </w:r>
    </w:p>
    <w:p>
      <w:r>
        <w:rPr>
          <w:b/>
        </w:rPr>
        <w:t>Puis-je utiliser ce modèle pour un portfolio en ligne ?</w:t>
      </w:r>
    </w:p>
    <w:p>
      <w:r>
        <w:t>Oui, vous pouvez vous inspirer de la structure pour créer une version web. Exportez le PDF en images ou utilisez les mêmes sections sur votre site.</w:t>
      </w:r>
    </w:p>
    <w:p>
      <w:r>
        <w:rPr>
          <w:b/>
        </w:rPr>
        <w:t>Ce modèle convient-il à tous les métiers ?</w:t>
      </w:r>
    </w:p>
    <w:p>
      <w:r>
        <w:t>Il est polyvalent, mais adaptez les sections en fonction de votre domaine. Par exemple, un développeur peut ajouter une section 'Projets techniques' avec des liens GitHub.</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