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Portfolio Architecte d'Intérieur à Télécharger (PDF)</w:t>
      </w:r>
    </w:p>
    <w:p>
      <w:r>
        <w:t>Ce modèle de portfolio PDF vous aide à présenter vos projets d'architecture d'intérieur de manière professionnelle et structurée. Il comprend 10 pages avec des sections pour 5 projets, incluant des fiches techniques et des espaces pour vos visuels.</w:t>
      </w:r>
    </w:p>
    <w:p>
      <w:r>
        <w:rPr>
          <w:b/>
        </w:rPr>
        <w:t>Ce modèle est un outil de présentation. Il ne remplace pas un accompagnement personnalisé. Adaptez-le à votre style et à vos projets. Les informations fournies sont des suggestions ; vous êtes libre de les modifier selon vos besoins.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le modèle PDF ci-dessous.</w:t>
      </w:r>
    </w:p>
    <w:p>
      <w:pPr>
        <w:pStyle w:val="ListNumber"/>
      </w:pPr>
      <w:r>
        <w:t>Ouvrez le fichier avec un logiciel d'édition PDF (comme Adobe Acrobat) ou un traitement de texte compatible.</w:t>
      </w:r>
    </w:p>
    <w:p>
      <w:pPr>
        <w:pStyle w:val="ListNumber"/>
      </w:pPr>
      <w:r>
        <w:t>Personnalisez la page de garde avec votre nom, votre logo et vos coordonnées.</w:t>
      </w:r>
    </w:p>
    <w:p>
      <w:pPr>
        <w:pStyle w:val="ListNumber"/>
      </w:pPr>
      <w:r>
        <w:t>Remplissez la section 'À propos' avec une brève présentation de votre parcours et de votre style.</w:t>
      </w:r>
    </w:p>
    <w:p>
      <w:pPr>
        <w:pStyle w:val="ListNumber"/>
      </w:pPr>
      <w:r>
        <w:t>Pour chaque projet, insérez vos photos, décrivez le contexte, les défis, vos solutions et les résultats.</w:t>
      </w:r>
    </w:p>
    <w:p>
      <w:pPr>
        <w:pStyle w:val="ListNumber"/>
      </w:pPr>
      <w:r>
        <w:t>Ajoutez vos coordonnées en dernière page et exportez en PDF pour l'envoyer à vos clients.</w:t>
      </w:r>
    </w:p>
    <w:p>
      <w:pPr>
        <w:pStyle w:val="Heading1"/>
      </w:pPr>
      <w:r>
        <w:t>Contenu du modèle</w:t>
      </w:r>
    </w:p>
    <w:p>
      <w:r>
        <w:t>Le modèle comprend :</w:t>
        <w:br/>
        <w:t>- Une page de garde avec titre et coordonnées</w:t>
        <w:br/>
        <w:t>- Une page 'À propos' pour votre biographie et votre philosophie de design</w:t>
        <w:br/>
        <w:t>- Une page 'Sommaire' listant vos projets</w:t>
        <w:br/>
        <w:t>- 5 sections de projet (2 pages chacune) : contexte, défis, solutions, résultats, fiche technique (surface, budget, durée, matériaux)</w:t>
        <w:br/>
        <w:t>- Une page de contact finale</w:t>
      </w:r>
    </w:p>
    <w:p>
      <w:pPr>
        <w:pStyle w:val="Heading1"/>
      </w:pPr>
      <w:r>
        <w:t>Conseils de mise en page</w:t>
      </w:r>
    </w:p>
    <w:p>
      <w:r>
        <w:t>Pour un rendu professionnel :</w:t>
        <w:br/>
        <w:t>- Utilisez des photos haute résolution (minimum 300 dpi)</w:t>
        <w:br/>
        <w:t>- Gardez une cohérence visuelle : mêmes polices, couleurs, espacements</w:t>
        <w:br/>
        <w:t>- Montrez des plans, croquis, et photos avant/après</w:t>
        <w:br/>
        <w:t>- Rédigez des textes concis et percutants</w:t>
        <w:br/>
        <w:t>- Mettez en avant vos réalisations les plus pertinentes pour le client visé</w:t>
      </w:r>
    </w:p>
    <w:p>
      <w:pPr>
        <w:pStyle w:val="Heading1"/>
      </w:pPr>
      <w:r>
        <w:t>Modèle prêt à adapter</w:t>
      </w:r>
    </w:p>
    <w:p>
      <w:r>
        <w:t>Téléchargez le modèle PDF complet en cliquant sur le lien ci-dessous. (Le fichier est fourni en exemple dans la ressource téléchargeable.)</w:t>
      </w:r>
    </w:p>
    <w:p>
      <w:pPr>
        <w:pStyle w:val="Heading1"/>
      </w:pPr>
      <w:r>
        <w:t>Checklist</w:t>
      </w:r>
    </w:p>
    <w:p>
      <w:r>
        <w:t>☐ Page de garde avec nom et coordonnées</w:t>
      </w:r>
    </w:p>
    <w:p>
      <w:r>
        <w:t>☐ Page 'À propos' avec une photo de vous</w:t>
      </w:r>
    </w:p>
    <w:p>
      <w:r>
        <w:t>☐ Sommaire des projets</w:t>
      </w:r>
    </w:p>
    <w:p>
      <w:r>
        <w:t>☐ 5 projets avec au moins 3 visuels chacun</w:t>
      </w:r>
    </w:p>
    <w:p>
      <w:r>
        <w:t>☐ Fiches techniques pour chaque projet</w:t>
      </w:r>
    </w:p>
    <w:p>
      <w:r>
        <w:t>☐ Page de contact avec email et téléphone</w:t>
      </w:r>
    </w:p>
    <w:p>
      <w:r>
        <w:t>☐ Relire et vérifier l'orthographe</w:t>
      </w:r>
    </w:p>
    <w:p>
      <w:r>
        <w:t>☐ Exporter en PDF haute qualité</w:t>
      </w:r>
    </w:p>
    <w:p>
      <w:pPr>
        <w:pStyle w:val="Heading1"/>
      </w:pPr>
      <w:r>
        <w:t>Questions fréquentes</w:t>
      </w:r>
    </w:p>
    <w:p>
      <w:r>
        <w:rPr>
          <w:b/>
        </w:rPr>
        <w:t>Quel est le nombre idéal de projets dans un portfolio d'architecte d'intérieur ?</w:t>
      </w:r>
    </w:p>
    <w:p>
      <w:r>
        <w:t>Il est recommandé de présenter entre 5 et 10 projets de qualité, représentatifs de votre style et de vos compétences. Trop de projets peut diluer l'impact ; trop peu peut sembler insuffisant. Sélectionnez vos meilleurs travaux.</w:t>
      </w:r>
    </w:p>
    <w:p>
      <w:r>
        <w:rPr>
          <w:b/>
        </w:rPr>
        <w:t>Comment structurer la fiche technique d'un projet ?</w:t>
      </w:r>
    </w:p>
    <w:p>
      <w:r>
        <w:t>Incluez des informations clés : localisation, surface, budget, durée, matériaux utilisés, et éventuellement les partenaires (artisans, fournisseurs). Cela montre votre capacité à gérer des projets complexes.</w:t>
      </w:r>
    </w:p>
    <w:p>
      <w:r>
        <w:rPr>
          <w:b/>
        </w:rPr>
        <w:t>Puis-je utiliser ce modèle pour un portfolio en ligne ?</w:t>
      </w:r>
    </w:p>
    <w:p>
      <w:r>
        <w:t>Oui, vous pouvez vous inspirer de la structure pour créer une version numérique. Le modèle PDF est un point de départ ; pour un site web, pensez à optimiser les images et à rendre la navigation intuitive.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