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Portefeuille de Compétences à Télécharger (Word/PDF)</w:t>
      </w:r>
    </w:p>
    <w:p>
      <w:r>
        <w:t>Ce modèle de portefeuille de compétences vous permet de mettre en valeur vos acquis professionnels de manière structurée et convaincante. Téléchargez-le gratuitement au format Word ou PDF, puis personnalisez-le selon votre profil.</w:t>
      </w:r>
    </w:p>
    <w:p>
      <w:r>
        <w:rPr>
          <w:b/>
        </w:rPr>
        <w:t>Ce document est fourni à titre d'exemple. Adaptez-le à votre situation et faites-le valider par un professionnel si nécessaire.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ou PDF ci-dessous.</w:t>
      </w:r>
    </w:p>
    <w:p>
      <w:pPr>
        <w:pStyle w:val="ListNumber"/>
      </w:pPr>
      <w:r>
        <w:t>Ouvrez le fichier avec le logiciel approprié (Microsoft Word, LibreOffice, ou un lecteur PDF).</w:t>
      </w:r>
    </w:p>
    <w:p>
      <w:pPr>
        <w:pStyle w:val="ListNumber"/>
      </w:pPr>
      <w:r>
        <w:t>Remplacez les informations entre crochets par vos propres données.</w:t>
      </w:r>
    </w:p>
    <w:p>
      <w:pPr>
        <w:pStyle w:val="ListNumber"/>
      </w:pPr>
      <w:r>
        <w:t>Personnalisez les sections selon vos expériences et compétences.</w:t>
      </w:r>
    </w:p>
    <w:p>
      <w:pPr>
        <w:pStyle w:val="ListNumber"/>
      </w:pPr>
      <w:r>
        <w:t>Enregistrez votre fichier et exportez-le en PDF si besoin.</w:t>
      </w:r>
    </w:p>
    <w:p>
      <w:pPr>
        <w:pStyle w:val="Heading1"/>
      </w:pPr>
      <w:r>
        <w:t>Aperçu du modèle</w:t>
      </w:r>
    </w:p>
    <w:p>
      <w:r>
        <w:t>Le modèle comprend les sections suivantes : informations personnelles, résumé professionnel, compétences techniques, compétences comportementales, expériences professionnelles, formations et réalisations. Chaque section est prête à être remplie.</w:t>
      </w:r>
    </w:p>
    <w:p>
      <w:pPr>
        <w:pStyle w:val="Heading1"/>
      </w:pPr>
      <w:r>
        <w:t>Conseils de personnalisation</w:t>
      </w:r>
    </w:p>
    <w:p>
      <w:r>
        <w:t>Pour un rendu optimal, utilisez des verbes d'action dans vos descriptions, quantifiez vos réalisations lorsque c'est possible, et choisissez un format clair et aéré. Adaptez la police et les couleurs à votre secteur d'activité.</w:t>
      </w:r>
    </w:p>
    <w:p>
      <w:pPr>
        <w:pStyle w:val="Heading1"/>
      </w:pPr>
      <w:r>
        <w:t>Modèle prêt à adapter</w:t>
      </w:r>
    </w:p>
    <w:p>
      <w:r>
        <w:t>[Prénom NOM] [Adresse] [Téléphone] | [Email] | [LinkedIn] RÉSUMÉ PROFESSIONNEL [2-3 phrases décrivant votre profil, vos atouts et vos objectifs] COMPÉTENCES TECHNIQUES - [Compétence 1] - [Compétence 2] - [Compétence 3] COMPÉTENCES COMPORTEMENTALES - [Compétence 1] - [Compétence 2] - [Compétence 3] EXPÉRIENCES PROFESSIONNELLES [Poste] – [Entreprise] – [Dates] - [Réalisation 1] - [Réalisation 2] [Poste] – [Entreprise] – [Dates] - [Réalisation 1] - [Réalisation 2] FORMATIONS [Diplôme] – [Établissement] – [Année] RÉALISATIONS - [Réalisation 1] - [Réalisation 2]</w:t>
      </w:r>
    </w:p>
    <w:p>
      <w:pPr>
        <w:pStyle w:val="Heading1"/>
      </w:pPr>
      <w:r>
        <w:t>Checklist</w:t>
      </w:r>
    </w:p>
    <w:p>
      <w:r>
        <w:t>☐ J'ai remplacé toutes les informations entre crochets.</w:t>
      </w:r>
    </w:p>
    <w:p>
      <w:r>
        <w:t>☐ Mon résumé professionnel est concis et percutant.</w:t>
      </w:r>
    </w:p>
    <w:p>
      <w:r>
        <w:t>☐ Mes compétences sont en adéquation avec le poste visé.</w:t>
      </w:r>
    </w:p>
    <w:p>
      <w:r>
        <w:t>☐ Mes expériences sont décrites avec des verbes d'action.</w:t>
      </w:r>
    </w:p>
    <w:p>
      <w:r>
        <w:t>☐ J'ai quantifié mes réalisations (chiffres, pourcentages).</w:t>
      </w:r>
    </w:p>
    <w:p>
      <w:r>
        <w:t>☐ Le document est relu et sans fautes d'orthographe.</w:t>
      </w:r>
    </w:p>
    <w:p>
      <w:r>
        <w:t>☐ Le format est adapté (Word ou PDF).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ce modèle de portefeuille de compétences ?</w:t>
      </w:r>
    </w:p>
    <w:p>
      <w:r>
        <w:t>Téléchargez le fichier Word, ouvrez-le dans un traitement de texte, puis remplacez les textes entre crochets par vos informations. Vous pouvez également modifier les couleurs et la mise en page selon vos préférences.</w:t>
      </w:r>
    </w:p>
    <w:p>
      <w:r>
        <w:rPr>
          <w:b/>
        </w:rPr>
        <w:t>Quelle est la différence entre un portefeuille de compétences et un CV ?</w:t>
      </w:r>
    </w:p>
    <w:p>
      <w:r>
        <w:t>Un CV est un résumé synthétique de votre parcours, tandis qu'un portefeuille de compétences est un document plus détaillé qui présente des preuves concrètes de vos compétences (projets, réalisations, attestations).</w:t>
      </w:r>
    </w:p>
    <w:p>
      <w:r>
        <w:rPr>
          <w:b/>
        </w:rPr>
        <w:t>Puis-je utiliser ce modèle pour une candidature en ligne ?</w:t>
      </w:r>
    </w:p>
    <w:p>
      <w:r>
        <w:t>Oui, vous pouvez l'exporter en PDF et le joindre à votre candidature. Assurez-vous que le fichier est bien nommé (ex: Nom_Prenom_Portefeuille.pdf) et qu'il ne dépasse pas la taille autorisée.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