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Modèle de Politique RSE pour Entreprise (PDF)</w:t>
      </w:r>
    </w:p>
    <w:p>
      <w:r>
        <w:t>Ce modèle de politique RSE vous aide à formaliser vos engagements en matière de responsabilité sociétale. Il est conçu pour être adapté à votre entreprise, quelle que soit sa taille ou son secteur d'activité. Téléchargez-le, personnalisez-le et faites-en un outil de pilotage de votre stratégie durable.</w:t>
      </w:r>
    </w:p>
    <w:p>
      <w:r>
        <w:rPr>
          <w:b/>
        </w:rPr>
        <w:t>Ce document est fourni à titre d'exemple et ne constitue pas un avis juridique. Adaptez-le à votre contexte et faites-le valider par les personnes compétentes de votre organisation.</w:t>
      </w:r>
    </w:p>
    <w:p>
      <w:pPr>
        <w:pStyle w:val="Heading1"/>
      </w:pPr>
      <w:r>
        <w:t>Mode d'emploi</w:t>
      </w:r>
    </w:p>
    <w:p>
      <w:pPr>
        <w:pStyle w:val="ListNumber"/>
      </w:pPr>
      <w:r>
        <w:t>Téléchargez le modèle de politique RSE au format PDF.</w:t>
      </w:r>
    </w:p>
    <w:p>
      <w:pPr>
        <w:pStyle w:val="ListNumber"/>
      </w:pPr>
      <w:r>
        <w:t>Ouvrez le fichier avec un lecteur PDF ou un logiciel de traitement de texte.</w:t>
      </w:r>
    </w:p>
    <w:p>
      <w:pPr>
        <w:pStyle w:val="ListNumber"/>
      </w:pPr>
      <w:r>
        <w:t>Remplacez les informations entre crochets par celles de votre entreprise.</w:t>
      </w:r>
    </w:p>
    <w:p>
      <w:pPr>
        <w:pStyle w:val="ListNumber"/>
      </w:pPr>
      <w:r>
        <w:t>Personnalisez les objectifs et les actions en fonction de vos enjeux spécifiques.</w:t>
      </w:r>
    </w:p>
    <w:p>
      <w:pPr>
        <w:pStyle w:val="ListNumber"/>
      </w:pPr>
      <w:r>
        <w:t>Faites valider le document par votre direction et communiquez-le en interne.</w:t>
      </w:r>
    </w:p>
    <w:p>
      <w:pPr>
        <w:pStyle w:val="Heading1"/>
      </w:pPr>
      <w:r>
        <w:t>Contenu du modèle</w:t>
      </w:r>
    </w:p>
    <w:p>
      <w:r>
        <w:t>Le modèle comprend les sections suivantes : vision et mission RSE, engagements envers les parties prenantes, objectifs chiffrés, plan d'actions, indicateurs de suivi, et gouvernance. Chaque section est accompagnée d'exemples concrets pour vous guider.</w:t>
      </w:r>
    </w:p>
    <w:p>
      <w:pPr>
        <w:pStyle w:val="Heading1"/>
      </w:pPr>
      <w:r>
        <w:t>Comment utiliser ce modèle ?</w:t>
      </w:r>
    </w:p>
    <w:p>
      <w:r>
        <w:t>Commencez par définir votre vision RSE : pourquoi votre entreprise s'engage-t-elle ? Ensuite, listez vos engagements envers vos salariés, clients, fournisseurs, et l'environnement. Fixez des objectifs mesurables sur 3 ans, puis détaillez les actions pour les atteindre. Enfin, choisissez des indicateurs pour suivre vos progrès.</w:t>
      </w:r>
    </w:p>
    <w:p>
      <w:pPr>
        <w:pStyle w:val="Heading1"/>
      </w:pPr>
      <w:r>
        <w:t>Modèle prêt à adapter</w:t>
      </w:r>
    </w:p>
    <w:p>
      <w:r>
        <w:t>POLITIQUE RSE DE [Nom de l'entreprise] Date : [Date] Version : [Numéro] 1. VISION ET MISSION Notre vision : [Décrivez votre vision en matière de développement durable]. Notre mission : [Décrivez comment vous comptez intégrer la RSE dans vos activités]. 2. ENGAGEMENTS Envers nos collaborateurs : [Exemples : égalité des chances, formation, bien-être au travail]. Envers nos clients : [Exemples : transparence, qualité, satisfaction]. Envers nos fournisseurs : [Exemples : achats responsables, respect des droits humains]. Envers l'environnement : [Exemples : réduction des émissions, gestion des déchets]. Envers la société : [Exemples : actions locales, mécénat]. 3. OBJECTIFS Objectif 1 : [Objectif chiffré, ex. : réduire nos émissions de CO2 de 20% d'ici 2025]. Objectif 2 : [Objectif chiffré, ex. : former 100% de nos managers à la RSE]. Objectif 3 : [Objectif chiffré, ex. : atteindre 80% de fournisseurs éco-responsables]. 4. PLAN D'ACTIONS Action 1 : [Description de l'action] - Responsable : [Nom] - Échéance : [Date] Action 2 : [Description] - Responsable : [Nom] - Échéance : [Date] Action 3 : [Description] - Responsable : [Nom] - Échéance : [Date] 5. INDICATEURS DE SUIVI Indicateur 1 : [Ex. : taux de satisfaction des employés] - Cible : [Valeur] Indicateur 2 : [Ex. : consommation d'énergie] - Cible : [Valeur] Indicateur 3 : [Ex. : nombre de litiges clients] - Cible : [Valeur] 6. GOUVERNANCE Le comité RSE, composé de [membres], se réunit [fréquence]. Il est chargé de suivre la mise en œuvre de cette politique et de rendre compte annuellement. 7. RÉVISION Cette politique sera révisée tous les [périodicité] ans ou en cas de changement majeur. Fait à [Lieu], le [Date] Signature : [Nom et fonction]</w:t>
      </w:r>
    </w:p>
    <w:p>
      <w:pPr>
        <w:pStyle w:val="Heading1"/>
      </w:pPr>
      <w:r>
        <w:t>Checklist</w:t>
      </w:r>
    </w:p>
    <w:p>
      <w:r>
        <w:t>☐ Définir la vision et la mission RSE de l'entreprise.</w:t>
      </w:r>
    </w:p>
    <w:p>
      <w:r>
        <w:t>☐ Identifier les parties prenantes clés.</w:t>
      </w:r>
    </w:p>
    <w:p>
      <w:r>
        <w:t>☐ Formuler des engagements spécifiques pour chaque partie prenante.</w:t>
      </w:r>
    </w:p>
    <w:p>
      <w:r>
        <w:t>☐ Fixer des objectifs mesurables et réalistes.</w:t>
      </w:r>
    </w:p>
    <w:p>
      <w:r>
        <w:t>☐ Détailler un plan d'actions avec responsables et échéances.</w:t>
      </w:r>
    </w:p>
    <w:p>
      <w:r>
        <w:t>☐ Choisir des indicateurs de suivi pertinents.</w:t>
      </w:r>
    </w:p>
    <w:p>
      <w:r>
        <w:t>☐ Mettre en place une gouvernance dédiée.</w:t>
      </w:r>
    </w:p>
    <w:p>
      <w:r>
        <w:t>☐ Prévoir une révision périodique de la politique.</w:t>
      </w:r>
    </w:p>
    <w:p>
      <w:pPr>
        <w:pStyle w:val="Heading1"/>
      </w:pPr>
      <w:r>
        <w:t>Questions fréquentes</w:t>
      </w:r>
    </w:p>
    <w:p>
      <w:r>
        <w:rPr>
          <w:b/>
        </w:rPr>
        <w:t>Comment adapter ce modèle à une petite entreprise ?</w:t>
      </w:r>
    </w:p>
    <w:p>
      <w:r>
        <w:t>Simplifiez les sections : concentrez-vous sur les engagements les plus pertinents pour votre taille et votre secteur. Par exemple, une PME peut se focaliser sur le bien-être des salariés et la réduction des déchets, sans formaliser des objectifs trop ambitieux.</w:t>
      </w:r>
    </w:p>
    <w:p>
      <w:r>
        <w:rPr>
          <w:b/>
        </w:rPr>
        <w:t>Quelle différence entre politique RSE et rapport RSE ?</w:t>
      </w:r>
    </w:p>
    <w:p>
      <w:r>
        <w:t>La politique RSE définit vos engagements et vos objectifs. Le rapport RSE rend compte de vos actions et de vos résultats sur une période donnée. La politique est le cadre, le rapport est le bilan.</w:t>
      </w:r>
    </w:p>
    <w:p>
      <w:r>
        <w:rPr>
          <w:b/>
        </w:rPr>
        <w:t>Dois-je faire valider ma politique RSE par un organisme externe ?</w:t>
      </w:r>
    </w:p>
    <w:p>
      <w:r>
        <w:t>Ce n'est pas obligatoire, mais une certification ou une évaluation externe (comme ISO 26000 ou B Corp) peut renforcer la crédibilité de votre démarche. Cela dépend de vos objectifs et de vos ressources.</w:t>
      </w:r>
    </w:p>
    <w:p>
      <w:r>
        <w:t>Ressource créée par TopExemples.fr</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