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Plaquette de Présentation d'Entreprise PDF : Télécharger</w:t>
      </w:r>
    </w:p>
    <w:p>
      <w:r>
        <w:t>Ce modèle de plaquette de présentation d'entreprise vous aide à créer un document professionnel et attractif pour valoriser votre société. Téléchargez-le, personnalisez-le et imprimez-le en PDF pour vos prospects et partenaires.</w:t>
      </w:r>
    </w:p>
    <w:p>
      <w:r>
        <w:rPr>
          <w:b/>
        </w:rPr>
        <w:t>Ce document est un exemple générique. Adaptez-le à votre activité et faites vérifier les informations par un professionnel avant diffusion.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modèle Word/PDF ci-dessous.</w:t>
      </w:r>
    </w:p>
    <w:p>
      <w:pPr>
        <w:pStyle w:val="ListNumber"/>
      </w:pPr>
      <w:r>
        <w:t>Ouvrez-le dans un logiciel de traitement de texte ou de mise en page.</w:t>
      </w:r>
    </w:p>
    <w:p>
      <w:pPr>
        <w:pStyle w:val="ListNumber"/>
      </w:pPr>
      <w:r>
        <w:t>Remplacez les textes entre crochets par les informations de votre entreprise.</w:t>
      </w:r>
    </w:p>
    <w:p>
      <w:pPr>
        <w:pStyle w:val="ListNumber"/>
      </w:pPr>
      <w:r>
        <w:t>Ajoutez votre logo et des images de qualité.</w:t>
      </w:r>
    </w:p>
    <w:p>
      <w:pPr>
        <w:pStyle w:val="ListNumber"/>
      </w:pPr>
      <w:r>
        <w:t>Relisez et corrigez les fautes.</w:t>
      </w:r>
    </w:p>
    <w:p>
      <w:pPr>
        <w:pStyle w:val="ListNumber"/>
      </w:pPr>
      <w:r>
        <w:t>Exportez en PDF pour une diffusion professionnelle.</w:t>
      </w:r>
    </w:p>
    <w:p>
      <w:pPr>
        <w:pStyle w:val="Heading1"/>
      </w:pPr>
      <w:r>
        <w:t>Aperçu du modèle</w:t>
      </w:r>
    </w:p>
    <w:p>
      <w:r>
        <w:t>Le modèle comprend : couverture avec logo, page d'accroche, présentation de l'entreprise, services/produits, références, équipe, coordonnées.</w:t>
      </w:r>
    </w:p>
    <w:p>
      <w:pPr>
        <w:pStyle w:val="Heading1"/>
      </w:pPr>
      <w:r>
        <w:t>Conseils de design</w:t>
      </w:r>
    </w:p>
    <w:p>
      <w:r>
        <w:t>Utilisez une palette de couleurs cohérente avec votre identité visuelle. Choisissez des polices lisibles. Misez sur des visuels de qualité et une hiérarchie claire de l'information.</w:t>
      </w:r>
    </w:p>
    <w:p>
      <w:pPr>
        <w:pStyle w:val="Heading1"/>
      </w:pPr>
      <w:r>
        <w:t>Modèle prêt à adapter</w:t>
      </w:r>
    </w:p>
    <w:p>
      <w:r>
        <w:t>[LOGO] [Nom de l'entreprise] [Accroche percutante] [Image d'illustration] 1. QUI SOMMES-NOUS ? [Description de l'entreprise : histoire, mission, valeurs] 2. NOS SERVICES / PRODUITS - [Service 1] : [Description courte] - [Service 2] : [Description courte] - [Service 3] : [Description courte] 3. NOS RÉFÉRENCES [Logos ou noms de clients] 4. NOTRE ÉQUIPE [Photo + nom + fonction] 5. CONTACT Adresse : [Adresse] Téléphone : [Téléphone] Email : [Email] Site web : [Site] [Appel à l'action : Contactez-nous !]</w:t>
      </w:r>
    </w:p>
    <w:p>
      <w:pPr>
        <w:pStyle w:val="Heading1"/>
      </w:pPr>
      <w:r>
        <w:t>Checklist</w:t>
      </w:r>
    </w:p>
    <w:p>
      <w:r>
        <w:t>☐ Logo et nom de l'entreprise visibles</w:t>
      </w:r>
    </w:p>
    <w:p>
      <w:r>
        <w:t>☐ Accroche claire et percutante</w:t>
      </w:r>
    </w:p>
    <w:p>
      <w:r>
        <w:t>☐ Description concise et convaincante</w:t>
      </w:r>
    </w:p>
    <w:p>
      <w:r>
        <w:t>☐ Services ou produits bien détaillés</w:t>
      </w:r>
    </w:p>
    <w:p>
      <w:r>
        <w:t>☐ Références clients ou partenaires</w:t>
      </w:r>
    </w:p>
    <w:p>
      <w:r>
        <w:t>☐ Équipe présentée avec photos</w:t>
      </w:r>
    </w:p>
    <w:p>
      <w:r>
        <w:t>☐ Coordonnées complètes</w:t>
      </w:r>
    </w:p>
    <w:p>
      <w:r>
        <w:t>☐ Appel à l'action</w:t>
      </w:r>
    </w:p>
    <w:p>
      <w:r>
        <w:t>☐ Design professionnel et cohérent</w:t>
      </w:r>
    </w:p>
    <w:p>
      <w:r>
        <w:t>☐ Export PDF de qualité</w:t>
      </w:r>
    </w:p>
    <w:p>
      <w:pPr>
        <w:pStyle w:val="Heading1"/>
      </w:pPr>
      <w:r>
        <w:t>Questions fréquentes</w:t>
      </w:r>
    </w:p>
    <w:p>
      <w:r>
        <w:rPr>
          <w:b/>
        </w:rPr>
        <w:t>Quelle longueur idéale pour une plaquette ?</w:t>
      </w:r>
    </w:p>
    <w:p>
      <w:r>
        <w:t>Une plaquette d'entreprise fait généralement 4 à 8 pages. L'essentiel est d'être concis et de donner envie d'en savoir plus.</w:t>
      </w:r>
    </w:p>
    <w:p>
      <w:r>
        <w:rPr>
          <w:b/>
        </w:rPr>
        <w:t>Comment rendre ma plaquette attractive ?</w:t>
      </w:r>
    </w:p>
    <w:p>
      <w:r>
        <w:t>Utilisez des visuels de qualité, des témoignages clients, des chiffres clés et une mise en page aérée. Adaptez le ton à votre cible.</w:t>
      </w:r>
    </w:p>
    <w:p>
      <w:r>
        <w:rPr>
          <w:b/>
        </w:rPr>
        <w:t>Puis-je utiliser ce modèle pour une startup ?</w:t>
      </w:r>
    </w:p>
    <w:p>
      <w:r>
        <w:t>Oui, il est adaptable. Mettez en avant l'innovation, la croissance et les produits. Ajoutez une section 'vision' si nécessaire.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