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Plaquette Commerciale à Télécharger (Word &amp; PDF)</w:t>
      </w:r>
    </w:p>
    <w:p>
      <w:r>
        <w:t>Ce modèle de plaquette commerciale vous permet de créer un document professionnel pour présenter votre entreprise, vos produits ou vos services. Téléchargez-le, personnalisez-le avec vos informations et imprimez-le ou partagez-le en PDF.</w:t>
      </w:r>
    </w:p>
    <w:p>
      <w:r>
        <w:rPr>
          <w:b/>
        </w:rPr>
        <w:t>Ce modèle est fourni à titre d'exemple. Adaptez-le à votre activité et assurez-vous que toutes les informations sont exactes avant diffusion.</w:t>
      </w:r>
    </w:p>
    <w:p>
      <w:pPr>
        <w:pStyle w:val="Heading1"/>
      </w:pPr>
      <w:r>
        <w:t>Mode d'emploi</w:t>
      </w:r>
    </w:p>
    <w:p>
      <w:pPr>
        <w:pStyle w:val="ListNumber"/>
      </w:pPr>
      <w:r>
        <w:t>Téléchargez le fichier Word ci-dessous.</w:t>
      </w:r>
    </w:p>
    <w:p>
      <w:pPr>
        <w:pStyle w:val="ListNumber"/>
      </w:pPr>
      <w:r>
        <w:t>Ouvrez-le avec Microsoft Word ou un logiciel compatible.</w:t>
      </w:r>
    </w:p>
    <w:p>
      <w:pPr>
        <w:pStyle w:val="ListNumber"/>
      </w:pPr>
      <w:r>
        <w:t>Remplacez les textes entre crochets par vos informations (nom, coordonnées, etc.).</w:t>
      </w:r>
    </w:p>
    <w:p>
      <w:pPr>
        <w:pStyle w:val="ListNumber"/>
      </w:pPr>
      <w:r>
        <w:t>Insérez vos propres images ou logos.</w:t>
      </w:r>
    </w:p>
    <w:p>
      <w:pPr>
        <w:pStyle w:val="ListNumber"/>
      </w:pPr>
      <w:r>
        <w:t>Enregistrez le document et exportez-le en PDF si nécessaire.</w:t>
      </w:r>
    </w:p>
    <w:p>
      <w:pPr>
        <w:pStyle w:val="Heading1"/>
      </w:pPr>
      <w:r>
        <w:t>Contenu du modèle</w:t>
      </w:r>
    </w:p>
    <w:p>
      <w:r>
        <w:t>Le modèle comprend : une page de couverture, une page de présentation de l'entreprise, une page détaillant vos produits ou services, et une page de contact. Chaque section est structurée avec des titres et des espaces pour vos textes.</w:t>
      </w:r>
    </w:p>
    <w:p>
      <w:pPr>
        <w:pStyle w:val="Heading1"/>
      </w:pPr>
      <w:r>
        <w:t>Conseils de personnalisation</w:t>
      </w:r>
    </w:p>
    <w:p>
      <w:r>
        <w:t>Utilisez des couleurs cohérentes avec votre charte graphique. Rédigez des textes clairs et concis, mettez en avant les bénéfices pour le client. Ajoutez des témoignages ou des chiffres clés si vous en avez.</w:t>
      </w:r>
    </w:p>
    <w:p>
      <w:pPr>
        <w:pStyle w:val="Heading1"/>
      </w:pPr>
      <w:r>
        <w:t>Modèle prêt à adapter</w:t>
      </w:r>
    </w:p>
    <w:p>
      <w:r>
        <w:t>MODÈLE DE PLAQUETTE COMMERCIALE [Votre Logo] [Nom de l'entreprise] [Slogan] Page 1 : Couverture [Nom de l'entreprise] [Votre offre principale] [Visuel principal] Page 2 : À propos de nous Qui sommes-nous ? [Présentation de l'entreprise : historique, valeurs, équipe] Nos atouts [Liste de vos points forts] Page 3 : Nos produits / services Produit / Service 1 [Description, avantages] Produit / Service 2 [Description, avantages] Produit / Service 3 [Description, avantages] Page 4 : Contact Téléphone : [Numéro] Email : [Adresse email] Site web : [URL] Adresse : [Adresse physique] [Horaires d'ouverture] Appelez-nous pour un devis gratuit !</w:t>
      </w:r>
    </w:p>
    <w:p>
      <w:pPr>
        <w:pStyle w:val="Heading1"/>
      </w:pPr>
      <w:r>
        <w:t>Checklist</w:t>
      </w:r>
    </w:p>
    <w:p>
      <w:r>
        <w:t>☐ Toutes les informations de contact sont correctes.</w:t>
      </w:r>
    </w:p>
    <w:p>
      <w:r>
        <w:t>☐ Les textes sont relus et sans fautes.</w:t>
      </w:r>
    </w:p>
    <w:p>
      <w:r>
        <w:t>☐ Les images sont libres de droits ou vous appartiennent.</w:t>
      </w:r>
    </w:p>
    <w:p>
      <w:r>
        <w:t>☐ Le logo est bien visible.</w:t>
      </w:r>
    </w:p>
    <w:p>
      <w:r>
        <w:t>☐ Le document est exporté en PDF pour la diffusion.</w:t>
      </w:r>
    </w:p>
    <w:p>
      <w:r>
        <w:t>☐ La plaquette est adaptée à votre cible.</w:t>
      </w:r>
    </w:p>
    <w:p>
      <w:r>
        <w:t>☐ Les prix ou offres sont à jour.</w:t>
      </w:r>
    </w:p>
    <w:p>
      <w:r>
        <w:t>☐ Le nom de l'entreprise est cohérent sur toutes les pages.</w:t>
      </w:r>
    </w:p>
    <w:p>
      <w:pPr>
        <w:pStyle w:val="Heading1"/>
      </w:pPr>
      <w:r>
        <w:t>Questions fréquentes</w:t>
      </w:r>
    </w:p>
    <w:p>
      <w:r>
        <w:rPr>
          <w:b/>
        </w:rPr>
        <w:t>Puis-je modifier le modèle ?</w:t>
      </w:r>
    </w:p>
    <w:p>
      <w:r>
        <w:t>Oui, le fichier Word est entièrement modifiable. Vous pouvez changer les textes, les couleurs, les polices et la mise en page selon vos besoins.</w:t>
      </w:r>
    </w:p>
    <w:p>
      <w:r>
        <w:rPr>
          <w:b/>
        </w:rPr>
        <w:t>Comment exporter en PDF ?</w:t>
      </w:r>
    </w:p>
    <w:p>
      <w:r>
        <w:t>Dans Word, allez dans Fichier &gt; Enregistrer sous, choisissez PDF comme type de fichier, puis cliquez sur Enregistrer.</w:t>
      </w:r>
    </w:p>
    <w:p>
      <w:r>
        <w:rPr>
          <w:b/>
        </w:rPr>
        <w:t>Le modèle est-il gratuit ?</w:t>
      </w:r>
    </w:p>
    <w:p>
      <w:r>
        <w:t>Oui, ce modèle est fourni gratuitement pour un usage personnel ou professionnel. Vous pouvez l'utiliser sans restriction.</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