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Stratégique PDF Gratuit à Télécharger</w:t>
      </w:r>
    </w:p>
    <w:p>
      <w:r>
        <w:t>Téléchargez gratuitement notre modèle de plan stratégique en PDF, prêt à être rempli. Ce document structuré vous aide à formaliser votre vision, votre mission, votre analyse SWOT, vos objectifs stratégiques, vos actions et vos indicateurs de performance. Idéal pour les entreprises, associations et organisations qui souhaitent piloter leur développement avec rigueur.</w:t>
      </w:r>
    </w:p>
    <w:p>
      <w:r>
        <w:rPr>
          <w:b/>
        </w:rPr>
        <w:t>Ce modèle est fourni à titre indicatif. Adaptez-le à votre contexte et faites-le valider par les parties prenantes concernées.</w:t>
      </w:r>
    </w:p>
    <w:p>
      <w:pPr>
        <w:pStyle w:val="Heading1"/>
      </w:pPr>
      <w:r>
        <w:t>Mode d'emploi</w:t>
      </w:r>
    </w:p>
    <w:p>
      <w:pPr>
        <w:pStyle w:val="ListNumber"/>
      </w:pPr>
      <w:r>
        <w:t>Téléchargez le fichier PDF en cliquant sur le lien ci-dessous.</w:t>
      </w:r>
    </w:p>
    <w:p>
      <w:pPr>
        <w:pStyle w:val="ListNumber"/>
      </w:pPr>
      <w:r>
        <w:t>Ouvrez le PDF avec un lecteur adapté (Adobe Acrobat, Foxit Reader, etc.).</w:t>
      </w:r>
    </w:p>
    <w:p>
      <w:pPr>
        <w:pStyle w:val="ListNumber"/>
      </w:pPr>
      <w:r>
        <w:t>Remplissez chaque section en suivant les instructions fournies dans le document.</w:t>
      </w:r>
    </w:p>
    <w:p>
      <w:pPr>
        <w:pStyle w:val="ListNumber"/>
      </w:pPr>
      <w:r>
        <w:t>Enregistrez une copie de votre plan stratégique et partagez-le avec votre équipe.</w:t>
      </w:r>
    </w:p>
    <w:p>
      <w:pPr>
        <w:pStyle w:val="Heading1"/>
      </w:pPr>
      <w:r>
        <w:t>Aperçu du modèle</w:t>
      </w:r>
    </w:p>
    <w:p>
      <w:r>
        <w:t>Le modèle comprend les sections suivantes :</w:t>
        <w:br/>
        <w:t>- Vision et mission</w:t>
        <w:br/>
        <w:t>- Analyse SWOT (forces, faiblesses, opportunités, menaces)</w:t>
        <w:br/>
        <w:t>- Objectifs stratégiques (SMART)</w:t>
        <w:br/>
        <w:t>- Plan d'action avec responsables et échéances</w:t>
        <w:br/>
        <w:t>- Indicateurs clés de performance (KPI)</w:t>
        <w:br/>
        <w:t>- Budget prévisionnel</w:t>
      </w:r>
    </w:p>
    <w:p>
      <w:pPr>
        <w:pStyle w:val="Heading1"/>
      </w:pPr>
      <w:r>
        <w:t>Conseils d'utilisation</w:t>
      </w:r>
    </w:p>
    <w:p>
      <w:r>
        <w:t>Pour tirer le meilleur parti de ce modèle :</w:t>
        <w:br/>
        <w:t>- Impliquez votre équipe dans la réflexion stratégique.</w:t>
        <w:br/>
        <w:t>- Basez vos objectifs sur des données réalistes.</w:t>
        <w:br/>
        <w:t>- Révisez votre plan régulièrement (au moins une fois par an).</w:t>
        <w:br/>
        <w:t>- Utilisez les indicateurs pour suivre vos progrès.</w:t>
      </w:r>
    </w:p>
    <w:p>
      <w:pPr>
        <w:pStyle w:val="Heading1"/>
      </w:pPr>
      <w:r>
        <w:t>Modèle prêt à adapter</w:t>
      </w:r>
    </w:p>
    <w:p>
      <w:r>
        <w:t>MODÈLE DE PLAN STRATÉGIQUE [Année] 1. VISION [Énoncé de la vision à long terme] 2. MISSION [Énoncé de la mission de l'organisation] 3. ANALYSE SWOT Forces : - [Force 1] - [Force 2] Faiblesses : - [Faiblesse 1] - [Faiblesse 2] Opportunités : - [Opportunité 1] - [Opportunité 2] Menaces : - [Menace 1] - [Menace 2] 4. OBJECTIFS STRATÉGIQUES Objectif 1 : [Description] (échéance : [Date]) Objectif 2 : [Description] (échéance : [Date]) Objectif 3 : [Description] (échéance : [Date]) 5. PLAN D'ACTION Action 1 : [Description] Responsable : [Nom] Échéance : [Date] Budget : [Montant] Action 2 : [Description] Responsable : [Nom] Échéance : [Date] Budget : [Montant] 6. INDICATEURS CLÉS DE PERFORMANCE (KPI) KPI 1 : [Nom] - Cible : [Valeur] - Fréquence : [Mensuelle/Trimestrielle] KPI 2 : [Nom] - Cible : [Valeur] - Fréquence : [Mensuelle/Trimestrielle] 7. BUDGET PRÉVISIONNEL Total prévu : [Montant] Répartition : - [Poste 1] : [Montant] - [Poste 2] : [Montant]</w:t>
      </w:r>
    </w:p>
    <w:p>
      <w:pPr>
        <w:pStyle w:val="Heading1"/>
      </w:pPr>
      <w:r>
        <w:t>Checklist</w:t>
      </w:r>
    </w:p>
    <w:p>
      <w:r>
        <w:t>☐ Vision et mission clairement définies</w:t>
      </w:r>
    </w:p>
    <w:p>
      <w:r>
        <w:t>☐ Analyse SWOT complète</w:t>
      </w:r>
    </w:p>
    <w:p>
      <w:r>
        <w:t>☐ Objectifs SMART (spécifiques, mesurables, atteignables, réalistes, temporels)</w:t>
      </w:r>
    </w:p>
    <w:p>
      <w:r>
        <w:t>☐ Plan d'action détaillé avec responsables et échéances</w:t>
      </w:r>
    </w:p>
    <w:p>
      <w:r>
        <w:t>☐ Indicateurs de performance identifiés</w:t>
      </w:r>
    </w:p>
    <w:p>
      <w:r>
        <w:t>☐ Budget prévisionnel établi</w:t>
      </w:r>
    </w:p>
    <w:p>
      <w:r>
        <w:t>☐ Validation par la direction ou le conseil d'administration</w:t>
      </w:r>
    </w:p>
    <w:p>
      <w:r>
        <w:t>☐ Communication du plan à toutes les parties prenantes</w:t>
      </w:r>
    </w:p>
    <w:p>
      <w:pPr>
        <w:pStyle w:val="Heading1"/>
      </w:pPr>
      <w:r>
        <w:t>Questions fréquentes</w:t>
      </w:r>
    </w:p>
    <w:p>
      <w:r>
        <w:rPr>
          <w:b/>
        </w:rPr>
        <w:t>Puis-je modifier le modèle PDF ?</w:t>
      </w:r>
    </w:p>
    <w:p>
      <w:r>
        <w:t>Oui, vous pouvez utiliser un logiciel d'édition PDF (comme Adobe Acrobat) pour remplir les champs directement. Si vous préférez, vous pouvez aussi imprimer le document et le remplir à la main.</w:t>
      </w:r>
    </w:p>
    <w:p>
      <w:r>
        <w:rPr>
          <w:b/>
        </w:rPr>
        <w:t>Ce modèle convient-il à une association ?</w:t>
      </w:r>
    </w:p>
    <w:p>
      <w:r>
        <w:t>Absolument. Le modèle est générique et peut être adapté à tout type d'organisation, y compris les associations. Il suffit d'ajuster le vocabulaire (par exemple, remplacer 'direction' par 'conseil d'administration').</w:t>
      </w:r>
    </w:p>
    <w:p>
      <w:r>
        <w:rPr>
          <w:b/>
        </w:rPr>
        <w:t>Quelle est la différence entre vision et mission ?</w:t>
      </w:r>
    </w:p>
    <w:p>
      <w:r>
        <w:t>La vision décrit l'état futur souhaité de l'organisation (où l'on veut aller), tandis que la mission définit sa raison d'être (ce que l'on fait, pour qui, et pourquoi). Le modèle vous aide à clarifier ces deux concepts.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