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de Mémoire PDF à Télécharger</w:t>
      </w:r>
    </w:p>
    <w:p>
      <w:r>
        <w:t>Ce modèle de plan de mémoire en PDF vous offre une structure claire et complète pour organiser votre travail académique. Il est conçu pour être facilement personnalisable, vous permettant d'adapter chaque section à votre sujet et à votre méthodologie. Téléchargez-le, imprimez-le ou remplissez-le directement sur votre ordinateur pour gagner du temps et garantir une progression logique de vos idées.</w:t>
      </w:r>
    </w:p>
    <w:p>
      <w:r>
        <w:rPr>
          <w:b/>
        </w:rPr>
        <w:t>Ce modèle est fourni à titre indicatif. Adaptez-le aux exigences spécifiques de votre établissement et de votre directeur de mémoire. La structure peut varier selon le domaine d'études.</w:t>
      </w:r>
    </w:p>
    <w:p>
      <w:pPr>
        <w:pStyle w:val="Heading1"/>
      </w:pPr>
      <w:r>
        <w:t>Mode d'emploi</w:t>
      </w:r>
    </w:p>
    <w:p>
      <w:pPr>
        <w:pStyle w:val="ListNumber"/>
      </w:pPr>
      <w:r>
        <w:t>Téléchargez le fichier PDF à l'aide du bouton ci-dessous.</w:t>
      </w:r>
    </w:p>
    <w:p>
      <w:pPr>
        <w:pStyle w:val="ListNumber"/>
      </w:pPr>
      <w:r>
        <w:t>Ouvrez-le avec un lecteur PDF (Adobe Acrobat, Foxit, etc.) pour le remplir directement ou imprimez-le pour une version papier.</w:t>
      </w:r>
    </w:p>
    <w:p>
      <w:pPr>
        <w:pStyle w:val="ListNumber"/>
      </w:pPr>
      <w:r>
        <w:t>Complétez chaque section avec vos propres informations : titre, problématique, idées principales, etc.</w:t>
      </w:r>
    </w:p>
    <w:p>
      <w:pPr>
        <w:pStyle w:val="ListNumber"/>
      </w:pPr>
      <w:r>
        <w:t>Utilisez le plan comme guide tout au long de la rédaction pour rester organisé et cohérent.</w:t>
      </w:r>
    </w:p>
    <w:p>
      <w:pPr>
        <w:pStyle w:val="Heading1"/>
      </w:pPr>
      <w:r>
        <w:t>Aperçu du contenu du modèle</w:t>
      </w:r>
    </w:p>
    <w:p>
      <w:r>
        <w:t>Le modèle de plan de mémoire PDF comprend les sections suivantes :</w:t>
        <w:br/>
        <w:t>- Page de garde : titre, nom, université, année universitaire.</w:t>
        <w:br/>
        <w:t>- Introduction : contexte, problématique, objectifs, annonce du plan.</w:t>
        <w:br/>
        <w:t>- Partie 1 : cadre théorique et conceptuel.</w:t>
        <w:br/>
        <w:t>- Partie 2 : méthodologie de recherche.</w:t>
        <w:br/>
        <w:t>- Partie 3 : présentation et analyse des résultats.</w:t>
        <w:br/>
        <w:t>- Conclusion : rappel des résultats, limites, perspectives.</w:t>
        <w:br/>
        <w:t>- Bibliographie : liste des sources.</w:t>
        <w:br/>
        <w:t>- Annexes : documents complémentaires.</w:t>
      </w:r>
    </w:p>
    <w:p>
      <w:pPr>
        <w:pStyle w:val="Heading1"/>
      </w:pPr>
      <w:r>
        <w:t>Instructions d'utilisation</w:t>
      </w:r>
    </w:p>
    <w:p>
      <w:r>
        <w:t>Après téléchargement, ouvrez le fichier avec un logiciel PDF. Les champs sont interactifs si vous utilisez un lecteur moderne. Pour chaque section, remplacez le texte entre crochets par votre contenu. Si vous préférez une version manuscrite, imprimez le PDF et complétez-le à la main. Ce modèle est conçu pour être flexible : vous pouvez ajouter ou supprimer des sous-sections selon vos besoins.</w:t>
      </w:r>
    </w:p>
    <w:p>
      <w:pPr>
        <w:pStyle w:val="Heading1"/>
      </w:pPr>
      <w:r>
        <w:t>Modèle prêt à adapter</w:t>
      </w:r>
    </w:p>
    <w:p>
      <w:r>
        <w:t>UNIVERSITÉ [Nom de l'université] FACULTÉ/DÉPARTEMENT [Nom de la faculté] MÉMOIRE DE [MASTER/LICENCE] EN [Discipline] TITRE DU MÉMOIRE : [Votre titre] Présenté par : [Votre nom] Sous la direction de : [Nom du directeur] Année universitaire : [Année] PLAN DU MÉMOIRE INTRODUCTION - Contexte et justification du sujet - Problématique - Objectifs de la recherche - Annonce du plan PARTIE I : CADRE THÉORIQUE ET CONCEPTUEL 1.1 Définitions des concepts clés 1.2 Revue de littérature 1.3 Modèle théorique ou grille d'analyse PARTIE II : MÉTHODOLOGIE DE RECHERCHE 2.1 Type de recherche 2.2 Population et échantillon 2.3 Outils de collecte de données 2.4 Méthodes d'analyse PARTIE III : PRÉSENTATION ET ANALYSE DES RÉSULTATS 3.1 Présentation des résultats 3.2 Analyse et interprétation 3.3 Discussion des résultats CONCLUSION - Rappel des principaux résultats - Limites de l'étude - Perspectives de recherche BIBLIOGRAPHIE ANNEXES</w:t>
      </w:r>
    </w:p>
    <w:p>
      <w:pPr>
        <w:pStyle w:val="Heading1"/>
      </w:pPr>
      <w:r>
        <w:t>Checklist</w:t>
      </w:r>
    </w:p>
    <w:p>
      <w:r>
        <w:t>☐ Avoir défini une problématique claire</w:t>
      </w:r>
    </w:p>
    <w:p>
      <w:r>
        <w:t>☐ Identifier les concepts clés</w:t>
      </w:r>
    </w:p>
    <w:p>
      <w:r>
        <w:t>☐ Réaliser une revue de littérature</w:t>
      </w:r>
    </w:p>
    <w:p>
      <w:r>
        <w:t>☐ Choisir une méthodologie adaptée</w:t>
      </w:r>
    </w:p>
    <w:p>
      <w:r>
        <w:t>☐ Collecter les données</w:t>
      </w:r>
    </w:p>
    <w:p>
      <w:r>
        <w:t>☐ Analyser les résultats</w:t>
      </w:r>
    </w:p>
    <w:p>
      <w:r>
        <w:t>☐ Rédiger l'introduction et la conclusion</w:t>
      </w:r>
    </w:p>
    <w:p>
      <w:r>
        <w:t>☐ Vérifier la cohérence du plan</w:t>
      </w:r>
    </w:p>
    <w:p>
      <w:r>
        <w:t>☐ Citer toutes les sources</w:t>
      </w:r>
    </w:p>
    <w:p>
      <w:r>
        <w:t>☐ Relire et corriger le document final</w:t>
      </w:r>
    </w:p>
    <w:p>
      <w:pPr>
        <w:pStyle w:val="Heading1"/>
      </w:pPr>
      <w:r>
        <w:t>Questions fréquentes</w:t>
      </w:r>
    </w:p>
    <w:p>
      <w:r>
        <w:rPr>
          <w:b/>
        </w:rPr>
        <w:t>Puis-je utiliser ce modèle pour un mémoire de licence ?</w:t>
      </w:r>
    </w:p>
    <w:p>
      <w:r>
        <w:t>Oui, ce modèle est générique et peut être adapté à tous les niveaux (licence, master, doctorat). Il suffit d'ajuster la profondeur des sections selon les exigences de votre établissement.</w:t>
      </w:r>
    </w:p>
    <w:p>
      <w:r>
        <w:rPr>
          <w:b/>
        </w:rPr>
        <w:t>Le fichier PDF est-il modifiable ?</w:t>
      </w:r>
    </w:p>
    <w:p>
      <w:r>
        <w:t>Oui, le PDF est conçu avec des champs interactifs. Si votre lecteur PDF ne les prend pas en charge, vous pouvez l'imprimer et le remplir à la main, ou utiliser un logiciel de conversion pour le transformer en document Word.</w:t>
      </w:r>
    </w:p>
    <w:p>
      <w:r>
        <w:rPr>
          <w:b/>
        </w:rPr>
        <w:t>Ce modèle est-il conforme aux normes de mon université ?</w:t>
      </w:r>
    </w:p>
    <w:p>
      <w:r>
        <w:t>Ce modèle suit une structure académique standard, mais chaque université peut avoir des exigences spécifiques. Il est important de vérifier les consignes de votre établissement et d'adapter le plan en conséquence.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