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d'Aménagement Local (AutoCAD)</w:t>
      </w:r>
    </w:p>
    <w:p>
      <w:r>
        <w:t>Ce modèle AutoCAD vous permet de créer un plan d'aménagement local professionnel. Il comprend des calques organisés (voirie, espaces verts, bâtiments), des blocs de symboles (arbres, mobilier urbain) et une mise en page type. Téléchargez-le et personnalisez-le pour votre projet.</w:t>
      </w:r>
    </w:p>
    <w:p>
      <w:r>
        <w:rPr>
          <w:b/>
        </w:rPr>
        <w:t>Ce fichier est un modèle à titre d'exemple. Les dimensions et symboles sont génériques et doivent être adaptés à votre projet réel. Vérifiez les normes locales en vigueur.</w:t>
      </w:r>
    </w:p>
    <w:p>
      <w:pPr>
        <w:pStyle w:val="Heading1"/>
      </w:pPr>
      <w:r>
        <w:t>Mode d'emploi</w:t>
      </w:r>
    </w:p>
    <w:p>
      <w:pPr>
        <w:pStyle w:val="ListNumber"/>
      </w:pPr>
      <w:r>
        <w:t>Téléchargez le fichier DWG.</w:t>
      </w:r>
    </w:p>
    <w:p>
      <w:pPr>
        <w:pStyle w:val="ListNumber"/>
      </w:pPr>
      <w:r>
        <w:t>Ouvrez-le dans AutoCAD ou un logiciel compatible.</w:t>
      </w:r>
    </w:p>
    <w:p>
      <w:pPr>
        <w:pStyle w:val="ListNumber"/>
      </w:pPr>
      <w:r>
        <w:t>Activez les calques nécessaires (voirie, espaces verts, bâtiments).</w:t>
      </w:r>
    </w:p>
    <w:p>
      <w:pPr>
        <w:pStyle w:val="ListNumber"/>
      </w:pPr>
      <w:r>
        <w:t>Utilisez les blocs fournis pour placer les symboles (arbres, mobilier).</w:t>
      </w:r>
    </w:p>
    <w:p>
      <w:pPr>
        <w:pStyle w:val="ListNumber"/>
      </w:pPr>
      <w:r>
        <w:t>Adaptez les dimensions et l'échelle à votre projet.</w:t>
      </w:r>
    </w:p>
    <w:p>
      <w:pPr>
        <w:pStyle w:val="ListNumber"/>
      </w:pPr>
      <w:r>
        <w:t>Ajoutez vos propres éléments si nécessaire.</w:t>
      </w:r>
    </w:p>
    <w:p>
      <w:pPr>
        <w:pStyle w:val="Heading1"/>
      </w:pPr>
      <w:r>
        <w:t>Organisation des calques</w:t>
      </w:r>
    </w:p>
    <w:p>
      <w:r>
        <w:t>Le modèle comprend les calques suivants : - Voirie (routes, trottoirs, stationnement) - Espaces verts (parcs, arbres, plantations) - Bâtiments (constructions existantes ou projetées) - Mobilier urbain (bancs, lampadaires, poubelles) - Réseaux (eau, électricité, assainissement) - Topographie (courbes de niveau, points cotés). Chaque calque a une couleur et un type de ligne distincts pour une lecture facile.</w:t>
      </w:r>
    </w:p>
    <w:p>
      <w:pPr>
        <w:pStyle w:val="Heading1"/>
      </w:pPr>
      <w:r>
        <w:t>Modèle prêt à adapter</w:t>
      </w:r>
    </w:p>
    <w:p>
      <w:r>
        <w:t>Ce fichier DWG contient un plan d'aménagement type. Il est organisé en calques : Voirie, Espaces verts, Bâtiments, Mobilier urbain, Réseaux, Topographie. Des blocs sont fournis pour les arbres, les bancs, les lampadaires, etc. Utilisez la commande INSER pour ajouter les blocs. Ajustez l'échelle avec la commande ZOOM. Pour modifier les calques, utilisez le gestionnaire de calques (LAYER).</w:t>
      </w:r>
    </w:p>
    <w:p>
      <w:pPr>
        <w:pStyle w:val="Heading1"/>
      </w:pPr>
      <w:r>
        <w:t>Checklist</w:t>
      </w:r>
    </w:p>
    <w:p>
      <w:r>
        <w:t>☐ Vérifier que tous les calques nécessaires sont présents.</w:t>
      </w:r>
    </w:p>
    <w:p>
      <w:r>
        <w:t>☐ Contrôler l'échelle du dessin.</w:t>
      </w:r>
    </w:p>
    <w:p>
      <w:r>
        <w:t>☐ Insérer les blocs de symboles aux bons emplacements.</w:t>
      </w:r>
    </w:p>
    <w:p>
      <w:r>
        <w:t>☐ Vérifier que les dimensions correspondent au terrain réel.</w:t>
      </w:r>
    </w:p>
    <w:p>
      <w:r>
        <w:t>☐ Contrôler la cohérence entre les différents calques.</w:t>
      </w:r>
    </w:p>
    <w:p>
      <w:r>
        <w:t>☐ Exporter en PDF ou en image pour la présentation.</w:t>
      </w:r>
    </w:p>
    <w:p>
      <w:pPr>
        <w:pStyle w:val="Heading1"/>
      </w:pPr>
      <w:r>
        <w:t>Questions fréquentes</w:t>
      </w:r>
    </w:p>
    <w:p>
      <w:r>
        <w:rPr>
          <w:b/>
        </w:rPr>
        <w:t>Comment changer l'échelle du plan dans AutoCAD ?</w:t>
      </w:r>
    </w:p>
    <w:p>
      <w:r>
        <w:t>Utilisez la commande ZOOM et choisissez l'option 'Echelle' ou entrez un facteur d'échelle. Pour l'impression, utilisez la commande MISE EN PAGE pour définir l'échelle de sortie.</w:t>
      </w:r>
    </w:p>
    <w:p>
      <w:r>
        <w:rPr>
          <w:b/>
        </w:rPr>
        <w:t>Puis-je ajouter mes propres blocs au modèle ?</w:t>
      </w:r>
    </w:p>
    <w:p>
      <w:r>
        <w:t>Oui, vous pouvez créer vos propres blocs avec la commande BLOC et les insérer dans le dessin. Le modèle est conçu pour être personnalisable.</w:t>
      </w:r>
    </w:p>
    <w:p>
      <w:r>
        <w:rPr>
          <w:b/>
        </w:rPr>
        <w:t>Quelles sont les normes à respecter pour un plan d'aménagement ?</w:t>
      </w:r>
    </w:p>
    <w:p>
      <w:r>
        <w:t>Les normes varient selon les communes. Il est important de consulter le PLU (Plan Local d'Urbanisme) et les règlements de voirie. Le plan doit respecter les distances de recul, les emprises au sol, etc. Faites valider par un professionnel.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