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Plan d'Action PDF Gratuit à Télécharger</w:t>
      </w:r>
    </w:p>
    <w:p>
      <w:r>
        <w:t>Téléchargez gratuitement un modèle de plan d'action en PDF, prêt à remplir. Ce modèle vous aide à structurer vos objectifs, actions, responsables et échéances pour une gestion de projet efficace.</w:t>
      </w:r>
    </w:p>
    <w:p>
      <w:r>
        <w:rPr>
          <w:b/>
        </w:rPr>
        <w:t>Ce modèle est un outil générique. Adaptez-le à votre contexte et à vos besoins spécifiques.</w:t>
      </w:r>
    </w:p>
    <w:p>
      <w:pPr>
        <w:pStyle w:val="Heading1"/>
      </w:pPr>
      <w:r>
        <w:t>Mode d'emploi</w:t>
      </w:r>
    </w:p>
    <w:p>
      <w:pPr>
        <w:pStyle w:val="ListNumber"/>
      </w:pPr>
      <w:r>
        <w:t>Téléchargez le fichier PDF du modèle.</w:t>
      </w:r>
    </w:p>
    <w:p>
      <w:pPr>
        <w:pStyle w:val="ListNumber"/>
      </w:pPr>
      <w:r>
        <w:t>Imprimez-le ou ouvrez-le dans un logiciel de lecture PDF pour le remplir.</w:t>
      </w:r>
    </w:p>
    <w:p>
      <w:pPr>
        <w:pStyle w:val="ListNumber"/>
      </w:pPr>
      <w:r>
        <w:t>Remplissez chaque section : objectif, actions, responsable, échéance, statut.</w:t>
      </w:r>
    </w:p>
    <w:p>
      <w:pPr>
        <w:pStyle w:val="ListNumber"/>
      </w:pPr>
      <w:r>
        <w:t>Suivez régulièrement l'avancement et mettez à jour le plan.</w:t>
      </w:r>
    </w:p>
    <w:p>
      <w:pPr>
        <w:pStyle w:val="Heading1"/>
      </w:pPr>
      <w:r>
        <w:t>Aperçu du modèle</w:t>
      </w:r>
    </w:p>
    <w:p>
      <w:r>
        <w:t>Le modèle comprend un tableau avec les colonnes suivantes : Objectif, Actions, Responsable, Échéance, Statut. Il inclut également une section pour les ressources nécessaires et les indicateurs de suivi.</w:t>
      </w:r>
    </w:p>
    <w:p>
      <w:pPr>
        <w:pStyle w:val="Heading1"/>
      </w:pPr>
      <w:r>
        <w:t>Instructions de personnalisation</w:t>
      </w:r>
    </w:p>
    <w:p>
      <w:r>
        <w:t>Vous pouvez modifier le modèle en utilisant un logiciel de traitement de texte (comme Word ou Google Docs) en convertissant le PDF en format éditable, ou en utilisant un éditeur PDF. Ajoutez des lignes supplémentaires si nécessaire.</w:t>
      </w:r>
    </w:p>
    <w:p>
      <w:pPr>
        <w:pStyle w:val="Heading1"/>
      </w:pPr>
      <w:r>
        <w:t>Modèle prêt à adapter</w:t>
      </w:r>
    </w:p>
    <w:p>
      <w:r>
        <w:t>PLAN D'ACTION Objectif général : [Objectif général] | Action | Responsable | Échéance | Statut | |--------|-------------|----------|--------| | [Action 1] | [Responsable 1] | [Date 1] | [Statut] | | [Action 2] | [Responsable 2] | [Date 2] | [Statut] | | [Action 3] | [Responsable 3] | [Date 3] | [Statut] | Ressources nécessaires : - [Ressource 1] - [Ressource 2] Indicateurs de suivi : - [Indicateur 1] - [Indicateur 2] Notes : - [Note 1]</w:t>
      </w:r>
    </w:p>
    <w:p>
      <w:pPr>
        <w:pStyle w:val="Heading1"/>
      </w:pPr>
      <w:r>
        <w:t>Checklist</w:t>
      </w:r>
    </w:p>
    <w:p>
      <w:r>
        <w:t>☐ Définir un objectif clair et mesurable</w:t>
      </w:r>
    </w:p>
    <w:p>
      <w:r>
        <w:t>☐ Lister les actions concrètes</w:t>
      </w:r>
    </w:p>
    <w:p>
      <w:r>
        <w:t>☐ Attribuer un responsable pour chaque action</w:t>
      </w:r>
    </w:p>
    <w:p>
      <w:r>
        <w:t>☐ Fixer des échéances réalistes</w:t>
      </w:r>
    </w:p>
    <w:p>
      <w:r>
        <w:t>☐ Prévoir des ressources</w:t>
      </w:r>
    </w:p>
    <w:p>
      <w:r>
        <w:t>☐ Mettre en place un suivi régulier</w:t>
      </w:r>
    </w:p>
    <w:p>
      <w:pPr>
        <w:pStyle w:val="Heading1"/>
      </w:pPr>
      <w:r>
        <w:t>Questions fréquentes</w:t>
      </w:r>
    </w:p>
    <w:p>
      <w:r>
        <w:rPr>
          <w:b/>
        </w:rPr>
        <w:t>Comment remplir le modèle ?</w:t>
      </w:r>
    </w:p>
    <w:p>
      <w:r>
        <w:t>Téléchargez le PDF, imprimez-le ou utilisez un logiciel de lecture PDF pour saisir les informations directement. Vous pouvez aussi le convertir en Word pour le modifier plus facilement.</w:t>
      </w:r>
    </w:p>
    <w:p>
      <w:r>
        <w:rPr>
          <w:b/>
        </w:rPr>
        <w:t>Puis-je l'utiliser pour un projet personnel ?</w:t>
      </w:r>
    </w:p>
    <w:p>
      <w:r>
        <w:t>Oui, ce modèle est polyvalent et convient aussi bien pour des projets professionnels que personnels (organisation d'un événement, suivi d'objectifs personnels, etc.).</w:t>
      </w:r>
    </w:p>
    <w:p>
      <w:r>
        <w:rPr>
          <w:b/>
        </w:rPr>
        <w:t>Comment suivre l'avancement ?</w:t>
      </w:r>
    </w:p>
    <w:p>
      <w:r>
        <w:t>Mettez à jour le statut de chaque action (à faire, en cours, terminé) et organisez des points réguliers avec les responsables pour vérifier l'avancement.</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