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Plan d'Action Opérationnel</w:t>
      </w:r>
    </w:p>
    <w:p>
      <w:r>
        <w:t>Ce modèle de plan d'action opérationnel vous aide à structurer vos objectifs, décomposer les tâches et suivre l'avancement. Téléchargez-le, personnalisez-le et pilotez vos projets avec clarté.</w:t>
      </w:r>
    </w:p>
    <w:p>
      <w:r>
        <w:rPr>
          <w:b/>
        </w:rPr>
        <w:t>Aucun avertissement spécifique requis. Ce document est un outil générique de gestion de projet.</w:t>
      </w:r>
    </w:p>
    <w:p>
      <w:pPr>
        <w:pStyle w:val="Heading1"/>
      </w:pPr>
      <w:r>
        <w:t>Mode d'emploi</w:t>
      </w:r>
    </w:p>
    <w:p>
      <w:pPr>
        <w:pStyle w:val="ListNumber"/>
      </w:pPr>
      <w:r>
        <w:t>Définissez l'objectif principal : soyez précis et mesurable.</w:t>
      </w:r>
    </w:p>
    <w:p>
      <w:pPr>
        <w:pStyle w:val="ListNumber"/>
      </w:pPr>
      <w:r>
        <w:t>Identifiez les actions concrètes nécessaires pour atteindre l'objectif.</w:t>
      </w:r>
    </w:p>
    <w:p>
      <w:pPr>
        <w:pStyle w:val="ListNumber"/>
      </w:pPr>
      <w:r>
        <w:t>Pour chaque action, assignez un responsable, une échéance et les ressources requises.</w:t>
      </w:r>
    </w:p>
    <w:p>
      <w:pPr>
        <w:pStyle w:val="ListNumber"/>
      </w:pPr>
      <w:r>
        <w:t>Suivez régulièrement l'avancement et ajustez le plan si nécessaire.</w:t>
      </w:r>
    </w:p>
    <w:p>
      <w:pPr>
        <w:pStyle w:val="Heading1"/>
      </w:pPr>
      <w:r>
        <w:t>Comment utiliser ce modèle</w:t>
      </w:r>
    </w:p>
    <w:p>
      <w:r>
        <w:t>Ce modèle se compose d'un tableau avec les colonnes suivantes : Objectif, Action, Responsable, Date de début, Date de fin, Ressources, Indicateur de performance, Statut. Remplissez chaque ligne avec les détails de votre projet. Utilisez le statut pour indiquer 'À faire', 'En cours', 'Terminé' ou 'Bloqué'. Mettez à jour le tableau lors de vos réunions de suivi.</w:t>
      </w:r>
    </w:p>
    <w:p>
      <w:pPr>
        <w:pStyle w:val="Heading1"/>
      </w:pPr>
      <w:r>
        <w:t>Exemple de remplissage</w:t>
      </w:r>
    </w:p>
    <w:p>
      <w:r>
        <w:t>Objectif : Augmenter les ventes de 20% sur le premier semestre. Action : Lancer une campagne marketing sur les réseaux sociaux. Responsable : Marie Dupont. Date de début : 01/02/2025. Date de fin : 30/04/2025. Ressources : Budget 5000 €, équipe de 2 personnes. Indicateur : Nombre de leads générés. Statut : En cours.</w:t>
      </w:r>
    </w:p>
    <w:p>
      <w:pPr>
        <w:pStyle w:val="Heading1"/>
      </w:pPr>
      <w:r>
        <w:t>Modèle prêt à adapter</w:t>
      </w:r>
    </w:p>
    <w:p>
      <w:r>
        <w:t>PLAN D'ACTION OPÉRATIONNEL Entreprise : [Nom de l'entreprise] Projet : [Nom du projet] Objectif général : [Objectif mesurable] | Action | Responsable | Date début | Date fin | Ressources | Indicateur | Statut | |--------|-------------|------------|----------|------------|------------|--------| | [Action 1] | [Nom] | [JJ/MM/AAAA] | [JJ/MM/AAAA] | [Budget, matériel] | [KPI] | [À faire] | | [Action 2] | [Nom] | [JJ/MM/AAAA] | [JJ/MM/AAAA] | [Budget, matériel] | [KPI] | [En cours] | Notes : - [Note 1] - [Note 2] Validation : - Rédigé par : [Nom] le [Date] - Approuvé par : [Nom] le [Date]</w:t>
      </w:r>
    </w:p>
    <w:p>
      <w:pPr>
        <w:pStyle w:val="Heading1"/>
      </w:pPr>
      <w:r>
        <w:t>Checklist</w:t>
      </w:r>
    </w:p>
    <w:p>
      <w:r>
        <w:t>☐ Objectif spécifique et mesurable</w:t>
      </w:r>
    </w:p>
    <w:p>
      <w:r>
        <w:t>☐ Actions détaillées et réalistes</w:t>
      </w:r>
    </w:p>
    <w:p>
      <w:r>
        <w:t>☐ Responsable clairement identifié pour chaque action</w:t>
      </w:r>
    </w:p>
    <w:p>
      <w:r>
        <w:t>☐ Échéances fixées pour chaque action</w:t>
      </w:r>
    </w:p>
    <w:p>
      <w:r>
        <w:t>☐ Ressources allouées (budget, personnel, matériel)</w:t>
      </w:r>
    </w:p>
    <w:p>
      <w:r>
        <w:t>☐ Indicateurs de performance définis</w:t>
      </w:r>
    </w:p>
    <w:p>
      <w:r>
        <w:t>☐ Statut suivi régulièrement</w:t>
      </w:r>
    </w:p>
    <w:p>
      <w:r>
        <w:t>☐ Plan communiqué à toutes les parties prenantes</w:t>
      </w:r>
    </w:p>
    <w:p>
      <w:pPr>
        <w:pStyle w:val="Heading1"/>
      </w:pPr>
      <w:r>
        <w:t>Questions fréquentes</w:t>
      </w:r>
    </w:p>
    <w:p>
      <w:r>
        <w:rPr>
          <w:b/>
        </w:rPr>
        <w:t>Comment définir un bon objectif opérationnel ?</w:t>
      </w:r>
    </w:p>
    <w:p>
      <w:r>
        <w:t>Un bon objectif doit être SMART : Spécifique, Mesurable, Atteignable, Réaliste et Temporellement défini. Par exemple, 'Augmenter le chiffre d'affaires de 10% d'ici la fin du trimestre'.</w:t>
      </w:r>
    </w:p>
    <w:p>
      <w:r>
        <w:rPr>
          <w:b/>
        </w:rPr>
        <w:t>Quelle est la différence entre un plan d'action et un plan de projet ?</w:t>
      </w:r>
    </w:p>
    <w:p>
      <w:r>
        <w:t>Un plan d'action se concentre sur les étapes concrètes pour atteindre un objectif spécifique, souvent à court terme. Un plan de projet est plus global : il inclut la portée, le budget, les risques et la planification détaillée de l'ensemble du projet.</w:t>
      </w:r>
    </w:p>
    <w:p>
      <w:r>
        <w:rPr>
          <w:b/>
        </w:rPr>
        <w:t>Comment suivre l'avancement du plan d'action ?</w:t>
      </w:r>
    </w:p>
    <w:p>
      <w:r>
        <w:t>Organisez des points réguliers (hebdomadaires ou mensuels) pour passer en revue le tableau. Mettez à jour le statut de chaque action, identifiez les blocages et ajustez les ressources ou les échéances si nécessaire. Utilisez des outils collaboratifs (Excel, Trello, etc.) pour faciliter le suivi.</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