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Pétition Papier (PDF) à Télécharger</w:t>
      </w:r>
    </w:p>
    <w:p>
      <w:r>
        <w:t>Une pétition papier bien structurée est un moyen efficace de recueillir des soutiens. Ce modèle prêt à imprimer vous aide à organiser vos signatures de manière claire et professionnelle.</w:t>
      </w:r>
    </w:p>
    <w:p>
      <w:r>
        <w:rPr>
          <w:b/>
        </w:rPr>
        <w:t>Ce modèle est fourni à titre d'exemple. Vérifiez les exigences légales locales avant de lancer une pétition.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PDF ci-dessous.</w:t>
      </w:r>
    </w:p>
    <w:p>
      <w:pPr>
        <w:pStyle w:val="ListNumber"/>
      </w:pPr>
      <w:r>
        <w:t>Imprimez le nombre de copies nécessaires.</w:t>
      </w:r>
    </w:p>
    <w:p>
      <w:pPr>
        <w:pStyle w:val="ListNumber"/>
      </w:pPr>
      <w:r>
        <w:t>Remplissez le titre et le texte de la pétition avec votre demande.</w:t>
      </w:r>
    </w:p>
    <w:p>
      <w:pPr>
        <w:pStyle w:val="ListNumber"/>
      </w:pPr>
      <w:r>
        <w:t>Distribuez les feuilles pour recueillir les signatures.</w:t>
      </w:r>
    </w:p>
    <w:p>
      <w:pPr>
        <w:pStyle w:val="ListNumber"/>
      </w:pPr>
      <w:r>
        <w:t>Collectez les feuilles signées et comptez les signatures.</w:t>
      </w:r>
    </w:p>
    <w:p>
      <w:pPr>
        <w:pStyle w:val="Heading1"/>
      </w:pPr>
      <w:r>
        <w:t>Contenu du modèle</w:t>
      </w:r>
    </w:p>
    <w:p>
      <w:r>
        <w:t>Le modèle comprend un titre, un texte de pétition générique avec des espaces pour personnaliser, et un tableau de signatures avec colonnes pour le nom, le prénom, l'adresse et la signature.</w:t>
      </w:r>
    </w:p>
    <w:p>
      <w:pPr>
        <w:pStyle w:val="Heading1"/>
      </w:pPr>
      <w:r>
        <w:t>Instructions pour la collecte</w:t>
      </w:r>
    </w:p>
    <w:p>
      <w:r>
        <w:t>Assurez-vous que chaque signataire écrit lisiblement et complète toutes les colonnes. Vérifiez que l'adresse est complète pour la validité. Gardez les feuilles en sécurité et comptez les signatures à la fin.</w:t>
      </w:r>
    </w:p>
    <w:p>
      <w:pPr>
        <w:pStyle w:val="Heading1"/>
      </w:pPr>
      <w:r>
        <w:t>Modèle prêt à adapter</w:t>
      </w:r>
    </w:p>
    <w:p>
      <w:r>
        <w:t>PÉTITION Titre : [Titre de la pétition] Texte : [Votre demande en quelques phrases] Nous, soussignés, soutenons la demande ci-dessus et demandons aux autorités compétentes de prendre les mesures nécessaires. Signatures : | Nom | Prénom | Adresse | Signature | |-----|--------|---------|-----------| | | | | | | | | | | | | | | | | | | | | | | | | | | | | | | | | | | | | | | | | | | | | | | | | | |</w:t>
      </w:r>
    </w:p>
    <w:p>
      <w:pPr>
        <w:pStyle w:val="Heading1"/>
      </w:pPr>
      <w:r>
        <w:t>Checklist</w:t>
      </w:r>
    </w:p>
    <w:p>
      <w:r>
        <w:t>☐ Le titre est-il explicite ?</w:t>
      </w:r>
    </w:p>
    <w:p>
      <w:r>
        <w:t>☐ Le texte de la pétition est-il clair et concis ?</w:t>
      </w:r>
    </w:p>
    <w:p>
      <w:r>
        <w:t>☐ Avez-vous prévu suffisamment de lignes pour les signatures ?</w:t>
      </w:r>
    </w:p>
    <w:p>
      <w:r>
        <w:t>☐ Les colonnes sont-elles bien définies (nom, prénom, adresse, signature) ?</w:t>
      </w:r>
    </w:p>
    <w:p>
      <w:r>
        <w:t>☐ Avez-vous ajouté un espace pour la date ?</w:t>
      </w:r>
    </w:p>
    <w:p>
      <w:r>
        <w:t>☐ Avez-vous vérifié les règles locales concernant les pétitions ?</w:t>
      </w:r>
    </w:p>
    <w:p>
      <w:r>
        <w:t>☐ Avez-vous prévu des copies supplémentaires ?</w:t>
      </w:r>
    </w:p>
    <w:p>
      <w:pPr>
        <w:pStyle w:val="Heading1"/>
      </w:pPr>
      <w:r>
        <w:t>Questions fréquentes</w:t>
      </w:r>
    </w:p>
    <w:p>
      <w:r>
        <w:rPr>
          <w:b/>
        </w:rPr>
        <w:t>Combien de signatures puis-je recueillir sur une seule feuille ?</w:t>
      </w:r>
    </w:p>
    <w:p>
      <w:r>
        <w:t>Cela dépend de la taille de la police et de l'espacement. En général, une feuille A4 peut contenir entre 10 et 15 lignes de signature.</w:t>
      </w:r>
    </w:p>
    <w:p>
      <w:r>
        <w:rPr>
          <w:b/>
        </w:rPr>
        <w:t>Puis-je modifier le texte après avoir commencé la collecte ?</w:t>
      </w:r>
    </w:p>
    <w:p>
      <w:r>
        <w:t>Il est préférable de ne pas modifier le texte après le début de la collecte, car cela pourrait invalider les signatures déjà recueillies. Si nécessaire, recommencez avec un nouveau texte.</w:t>
      </w:r>
    </w:p>
    <w:p>
      <w:r>
        <w:rPr>
          <w:b/>
        </w:rPr>
        <w:t>Que dois-je faire des pétitions remplies ?</w:t>
      </w:r>
    </w:p>
    <w:p>
      <w:r>
        <w:t>Conservez les feuilles signées en lieu sûr. Vous devrez peut-être les remettre à l'autorité concernée ou les utiliser pour appuyer votre démarche. Assurez-vous de respecter les règles de protection des données.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