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Pétition Contre un Voisin : Télécharger en Word/PDF</w:t>
      </w:r>
    </w:p>
    <w:p>
      <w:r>
        <w:t>Vous avez un conflit avec un voisin et souhaitez mobiliser les autres résidents ? Utilisez ce modèle de pétition prêt à l'emploi pour formaliser vos demandes et recueillir des signatures. Téléchargez-le en Word ou PDF.</w:t>
      </w:r>
    </w:p>
    <w:p>
      <w:r>
        <w:rPr>
          <w:b/>
        </w:rPr>
        <w:t>Ce modèle est fourni à titre indicatif. Il ne constitue pas un avis juridique. Pour des questions spécifiques, consultez un professionnel du droit.</w:t>
      </w:r>
    </w:p>
    <w:p>
      <w:pPr>
        <w:pStyle w:val="Heading1"/>
      </w:pPr>
      <w:r>
        <w:t>Mode d'emploi</w:t>
      </w:r>
    </w:p>
    <w:p>
      <w:pPr>
        <w:pStyle w:val="ListNumber"/>
      </w:pPr>
      <w:r>
        <w:t>Téléchargez le modèle de pétition.</w:t>
      </w:r>
    </w:p>
    <w:p>
      <w:pPr>
        <w:pStyle w:val="ListNumber"/>
      </w:pPr>
      <w:r>
        <w:t>Personnalisez les champs avec vos informations et la description des faits.</w:t>
      </w:r>
    </w:p>
    <w:p>
      <w:pPr>
        <w:pStyle w:val="ListNumber"/>
      </w:pPr>
      <w:r>
        <w:t>Imprimez le document et recueillez les signatures des voisins concernés.</w:t>
      </w:r>
    </w:p>
    <w:p>
      <w:pPr>
        <w:pStyle w:val="ListNumber"/>
      </w:pPr>
      <w:r>
        <w:t>Déposez la pétition auprès de la mairie, du syndic ou du propriétaire selon le cas.</w:t>
      </w:r>
    </w:p>
    <w:p>
      <w:pPr>
        <w:pStyle w:val="Heading1"/>
      </w:pPr>
      <w:r>
        <w:t>Aperçu du modèle</w:t>
      </w:r>
    </w:p>
    <w:p>
      <w:r>
        <w:t>Le modèle comprend : un titre, une introduction décrivant le problème, une liste de demandes, un espace pour les signatures, et des instructions pour l'utilisation.</w:t>
      </w:r>
    </w:p>
    <w:p>
      <w:pPr>
        <w:pStyle w:val="Heading1"/>
      </w:pPr>
      <w:r>
        <w:t>Conseils juridiques</w:t>
      </w:r>
    </w:p>
    <w:p>
      <w:r>
        <w:t>Avant de lancer une pétition, vérifiez les règles de copropriété ou le règlement intérieur. La pétition doit être factuelle et éviter les propos diffamatoires. Conservez des preuves des nuisances (photos, courriers).</w:t>
      </w:r>
    </w:p>
    <w:p>
      <w:pPr>
        <w:pStyle w:val="Heading1"/>
      </w:pPr>
      <w:r>
        <w:t>Modèle prêt à adapter</w:t>
      </w:r>
    </w:p>
    <w:p>
      <w:r>
        <w:t>PÉTITION CONTRE LES NUISANCES À l'attention de : [Nom du destinataire, ex : Syndic, Maire] Nous, soussignés, résidents de [Adresse ou immeuble], souhaitons attirer votre attention sur les nuisances répétées causées par [Nom du voisin], demeurant [Adresse]. Description des faits : [Exposez les faits de manière factuelle : dates, heures, nature des nuisances (bruit, odeurs, dégradations, etc.)] Demandes : 1. [Demande précise, ex : Faire cesser les nuisances sonores après 22h] 2. [Autre demande] 3. [Autre demande] Nous vous prions de prendre les mesures nécessaires pour rétablir la tranquillité du voisinage. Fait à [Ville], le [Date] Signatures : [Tableau avec colonnes : Nom, Prénom, Adresse, Signature] Instructions : - Imprimez ce document et faites-le circuler auprès des voisins. - Chaque signataire doit indiquer son nom, son adresse et signer. - Une fois rempli, déposez la pétition au [destinataire] avec une copie pour vous.</w:t>
      </w:r>
    </w:p>
    <w:p>
      <w:pPr>
        <w:pStyle w:val="Heading1"/>
      </w:pPr>
      <w:r>
        <w:t>Checklist</w:t>
      </w:r>
    </w:p>
    <w:p>
      <w:r>
        <w:t>☐ Identifier clairement le destinataire (syndic, propriétaire, mairie)</w:t>
      </w:r>
    </w:p>
    <w:p>
      <w:r>
        <w:t>☐ Décrire les faits de manière factuelle et datée</w:t>
      </w:r>
    </w:p>
    <w:p>
      <w:r>
        <w:t>☐ Formuler des demandes précises et réalisables</w:t>
      </w:r>
    </w:p>
    <w:p>
      <w:r>
        <w:t>☐ Recueillir les signatures avec nom et adresse</w:t>
      </w:r>
    </w:p>
    <w:p>
      <w:r>
        <w:t>☐ Conserver une copie de la pétition</w:t>
      </w:r>
    </w:p>
    <w:p>
      <w:r>
        <w:t>☐ Envoyer la pétition en recommandé avec accusé de réception si possible</w:t>
      </w:r>
    </w:p>
    <w:p>
      <w:pPr>
        <w:pStyle w:val="Heading1"/>
      </w:pPr>
      <w:r>
        <w:t>Questions fréquentes</w:t>
      </w:r>
    </w:p>
    <w:p>
      <w:r>
        <w:rPr>
          <w:b/>
        </w:rPr>
        <w:t>Une pétition a-t-elle une valeur légale ?</w:t>
      </w:r>
    </w:p>
    <w:p>
      <w:r>
        <w:t>Une pétition n'a pas de valeur juridique contraignante, mais elle sert à démontrer un mécontentement collectif et peut être utilisée comme preuve de la situation auprès des autorités.</w:t>
      </w:r>
    </w:p>
    <w:p>
      <w:r>
        <w:rPr>
          <w:b/>
        </w:rPr>
        <w:t>Que faire si le voisin ne respecte pas la pétition ?</w:t>
      </w:r>
    </w:p>
    <w:p>
      <w:r>
        <w:t>Si les nuisances persistent, vous pouvez saisir le tribunal d'instance, porter plainte, ou contacter les forces de l'ordre selon la gravité. La pétition peut accompagner votre démarche.</w:t>
      </w:r>
    </w:p>
    <w:p>
      <w:r>
        <w:rPr>
          <w:b/>
        </w:rPr>
        <w:t>Puis-je inclure des témoignages anonymes ?</w:t>
      </w:r>
    </w:p>
    <w:p>
      <w:r>
        <w:t>Il est préférable que les signataires soient identifiables pour donner du poids à la pétition. L'anonymat peut être accepté mais réduit l'impact.</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